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01AE4" w14:textId="1315C287" w:rsidR="0021473C" w:rsidRPr="0058459D" w:rsidRDefault="0092110D">
      <w:pPr>
        <w:pStyle w:val="Pealkiri1"/>
        <w:rPr>
          <w:color w:val="auto"/>
        </w:rPr>
      </w:pPr>
      <w:r w:rsidRPr="0058459D">
        <w:rPr>
          <w:color w:val="auto"/>
        </w:rPr>
        <w:t xml:space="preserve">RINGDISAINI </w:t>
      </w:r>
      <w:r w:rsidR="00BA4D14" w:rsidRPr="0058459D">
        <w:rPr>
          <w:color w:val="auto"/>
        </w:rPr>
        <w:t>LOOVPROJEKTI</w:t>
      </w:r>
      <w:r w:rsidRPr="0058459D">
        <w:rPr>
          <w:color w:val="auto"/>
        </w:rPr>
        <w:t xml:space="preserve"> JUHEND</w:t>
      </w:r>
      <w:r w:rsidR="008F0ED9" w:rsidRPr="0058459D">
        <w:rPr>
          <w:color w:val="auto"/>
        </w:rPr>
        <w:t xml:space="preserve"> (millises) KOOLIS</w:t>
      </w:r>
    </w:p>
    <w:p w14:paraId="6894935D" w14:textId="7B77F7D0" w:rsidR="0021473C" w:rsidRPr="0058459D" w:rsidRDefault="00BA4D14" w:rsidP="00237831">
      <w:pPr>
        <w:jc w:val="both"/>
      </w:pPr>
      <w:r w:rsidRPr="0058459D">
        <w:t xml:space="preserve">📅 Töö esitamise tähtaeg: </w:t>
      </w:r>
      <w:r w:rsidR="00237831" w:rsidRPr="0058459D">
        <w:t>(</w:t>
      </w:r>
      <w:r w:rsidR="008F0ED9" w:rsidRPr="0058459D">
        <w:t>kuupäev)</w:t>
      </w:r>
    </w:p>
    <w:p w14:paraId="44D1421E" w14:textId="05A1C32B" w:rsidR="00011EB9" w:rsidRPr="0058459D" w:rsidRDefault="00011EB9" w:rsidP="00237831">
      <w:pPr>
        <w:jc w:val="both"/>
      </w:pPr>
      <w:r w:rsidRPr="0058459D">
        <w:rPr>
          <w:b/>
          <w:bCs/>
        </w:rPr>
        <w:t xml:space="preserve">Eesmärk: </w:t>
      </w:r>
      <w:r w:rsidRPr="0058459D">
        <w:t xml:space="preserve">Luua koolis toimuvale moeetenduse komplekt </w:t>
      </w:r>
      <w:r w:rsidR="008F0ED9" w:rsidRPr="0058459D">
        <w:t>(ringmajandusliku ettevõtte nimi, kellega koostööd teed)</w:t>
      </w:r>
      <w:r w:rsidR="008579F7" w:rsidRPr="0058459D">
        <w:t xml:space="preserve"> ja kodust</w:t>
      </w:r>
      <w:r w:rsidRPr="0058459D">
        <w:t xml:space="preserve"> valitud rõivaste põhjal, järgides ringdisaini põhimõtteid: </w:t>
      </w:r>
      <w:r w:rsidRPr="0058459D">
        <w:rPr>
          <w:b/>
          <w:bCs/>
        </w:rPr>
        <w:t>taaskasutus, teadlik valik, olemasoleva materjali ümbertegemine ja võimalikult väike uue materjali ostmine</w:t>
      </w:r>
      <w:r w:rsidRPr="0058459D">
        <w:t xml:space="preserve">. </w:t>
      </w:r>
    </w:p>
    <w:p w14:paraId="26E63E43" w14:textId="61D18437" w:rsidR="0021473C" w:rsidRPr="0058459D" w:rsidRDefault="00BA4D14" w:rsidP="00047FF8">
      <w:pPr>
        <w:tabs>
          <w:tab w:val="right" w:pos="8640"/>
        </w:tabs>
      </w:pPr>
      <w:r w:rsidRPr="0058459D">
        <w:t xml:space="preserve">Valmiv rõivakomplekt peaks olema </w:t>
      </w:r>
      <w:r w:rsidRPr="0058459D">
        <w:rPr>
          <w:b/>
          <w:bCs/>
        </w:rPr>
        <w:t>päriselt kantav</w:t>
      </w:r>
      <w:r w:rsidRPr="0058459D">
        <w:t xml:space="preserve"> ka pärast moeetendust.</w:t>
      </w:r>
      <w:r w:rsidR="00047FF8" w:rsidRPr="0058459D">
        <w:tab/>
      </w:r>
    </w:p>
    <w:p w14:paraId="69EF6442" w14:textId="77777777" w:rsidR="0021473C" w:rsidRPr="0058459D" w:rsidRDefault="00BA4D14">
      <w:pPr>
        <w:pStyle w:val="Pealkiri2"/>
        <w:rPr>
          <w:color w:val="auto"/>
        </w:rPr>
      </w:pPr>
      <w:r w:rsidRPr="0058459D">
        <w:rPr>
          <w:color w:val="auto"/>
        </w:rPr>
        <w:t>1. Uuskasutuskeskuse külastus</w:t>
      </w:r>
    </w:p>
    <w:p w14:paraId="2DA373AB" w14:textId="1A9E04AF" w:rsidR="00011EB9" w:rsidRPr="0058459D" w:rsidRDefault="00BA4D14">
      <w:r w:rsidRPr="0058459D">
        <w:t xml:space="preserve">- Vali </w:t>
      </w:r>
      <w:r w:rsidR="00011EB9" w:rsidRPr="0058459D">
        <w:t xml:space="preserve">külastuse lõpus </w:t>
      </w:r>
      <w:r w:rsidRPr="0058459D">
        <w:t>4 rõivaeset, millest hakkad looma oma moeetenduse komplekti.</w:t>
      </w:r>
      <w:r w:rsidRPr="0058459D">
        <w:br/>
        <w:t>- Mõtle teadlikult: vali sellised riided, mida võiksid hiljem ka päriselt kanda.</w:t>
      </w:r>
      <w:r w:rsidRPr="0058459D">
        <w:br/>
        <w:t>- Eelista naturaalseid</w:t>
      </w:r>
      <w:r w:rsidR="00236BE8" w:rsidRPr="0058459D">
        <w:t>, hingavaid</w:t>
      </w:r>
      <w:r w:rsidRPr="0058459D">
        <w:t xml:space="preserve"> ja kestvaid materjale (</w:t>
      </w:r>
      <w:r w:rsidR="00011EB9" w:rsidRPr="0058459D">
        <w:t xml:space="preserve">koostis: </w:t>
      </w:r>
      <w:r w:rsidRPr="0058459D">
        <w:t xml:space="preserve">puuvill, linane, vill, </w:t>
      </w:r>
      <w:r w:rsidR="00236BE8" w:rsidRPr="0058459D">
        <w:t xml:space="preserve">viskoos, </w:t>
      </w:r>
      <w:r w:rsidRPr="0058459D">
        <w:t>siid).</w:t>
      </w:r>
      <w:r w:rsidRPr="0058459D">
        <w:br/>
        <w:t>- Küsi endalt:</w:t>
      </w:r>
      <w:r w:rsidRPr="0058459D">
        <w:br/>
        <w:t xml:space="preserve">   • Kas see ese inspireerib mind?</w:t>
      </w:r>
      <w:r w:rsidRPr="0058459D">
        <w:br/>
        <w:t xml:space="preserve">   • Kas näen, kuidas sellest võiks midagi uut sündida?</w:t>
      </w:r>
      <w:r w:rsidRPr="0058459D">
        <w:br/>
        <w:t xml:space="preserve">   • Sobib see minu stiiliga?</w:t>
      </w:r>
    </w:p>
    <w:p w14:paraId="5ACA33A1" w14:textId="77777777" w:rsidR="0021473C" w:rsidRPr="0058459D" w:rsidRDefault="00BA4D14">
      <w:pPr>
        <w:pStyle w:val="Pealkiri2"/>
        <w:rPr>
          <w:color w:val="auto"/>
        </w:rPr>
      </w:pPr>
      <w:r w:rsidRPr="0058459D">
        <w:rPr>
          <w:color w:val="auto"/>
        </w:rPr>
        <w:t>2. Rõivaste kaalumine</w:t>
      </w:r>
    </w:p>
    <w:p w14:paraId="1A2B7E7C" w14:textId="14C93FFD" w:rsidR="0021473C" w:rsidRPr="0058459D" w:rsidRDefault="00BA4D14">
      <w:r w:rsidRPr="0058459D">
        <w:t>- Kaaluda saa</w:t>
      </w:r>
      <w:r w:rsidR="00011EB9" w:rsidRPr="0058459D">
        <w:t>d</w:t>
      </w:r>
      <w:r w:rsidRPr="0058459D">
        <w:t xml:space="preserve"> kodus köögikaaluga</w:t>
      </w:r>
      <w:r w:rsidR="00011EB9" w:rsidRPr="0058459D">
        <w:t xml:space="preserve"> või koolis oleva kaaluga iga riideeset eraldi</w:t>
      </w:r>
      <w:r w:rsidRPr="0058459D">
        <w:t>.</w:t>
      </w:r>
      <w:r w:rsidRPr="0058459D">
        <w:br/>
        <w:t>- Pane kirja iga eseme kaal</w:t>
      </w:r>
      <w:r w:rsidR="00011EB9" w:rsidRPr="0058459D">
        <w:t xml:space="preserve"> grammides</w:t>
      </w:r>
      <w:r w:rsidRPr="0058459D">
        <w:t xml:space="preserve"> ja kogu komplekti kaal </w:t>
      </w:r>
      <w:r w:rsidR="00011EB9" w:rsidRPr="0058459D">
        <w:t xml:space="preserve">grammides </w:t>
      </w:r>
      <w:r w:rsidRPr="0058459D">
        <w:t>enne ümberdisaini</w:t>
      </w:r>
      <w:r w:rsidR="00236BE8" w:rsidRPr="0058459D">
        <w:t>mist</w:t>
      </w:r>
      <w:r w:rsidRPr="0058459D">
        <w:t>.</w:t>
      </w:r>
      <w:r w:rsidRPr="0058459D">
        <w:br/>
        <w:t>- Kui komplekt on valmis, kaalu see uuesti koolis.</w:t>
      </w:r>
    </w:p>
    <w:p w14:paraId="11A00A1B" w14:textId="77777777" w:rsidR="0021473C" w:rsidRPr="0058459D" w:rsidRDefault="00BA4D14">
      <w:pPr>
        <w:pStyle w:val="Pealkiri2"/>
        <w:rPr>
          <w:color w:val="auto"/>
        </w:rPr>
      </w:pPr>
      <w:r w:rsidRPr="0058459D">
        <w:rPr>
          <w:color w:val="auto"/>
        </w:rPr>
        <w:t>3. Töövahendid</w:t>
      </w:r>
    </w:p>
    <w:p w14:paraId="1ADBEFEB" w14:textId="77777777" w:rsidR="00047FF8" w:rsidRPr="0058459D" w:rsidRDefault="00BA4D14" w:rsidP="00047FF8">
      <w:pPr>
        <w:jc w:val="both"/>
      </w:pPr>
      <w:r w:rsidRPr="0058459D">
        <w:t>Kõik töövahendid on koolis olemas ja koolitaja poolt tagatud: niidid, nõelad, käärid, joonlauad, kriidid, kalkapaber, mõõdulint, nõelapadjad</w:t>
      </w:r>
      <w:r w:rsidR="00011EB9" w:rsidRPr="0058459D">
        <w:t>, õmblusmasinad</w:t>
      </w:r>
      <w:r w:rsidR="00236BE8" w:rsidRPr="0058459D">
        <w:t>, tekstiilimarkerid, tekstiilivärvid, pintslid, tähe ja numbrisabloonid, pildisabloonid, kangaharutajad</w:t>
      </w:r>
      <w:r w:rsidRPr="0058459D">
        <w:t xml:space="preserve"> jm.</w:t>
      </w:r>
      <w:r w:rsidRPr="0058459D">
        <w:br/>
      </w:r>
      <w:r w:rsidRPr="0058459D">
        <w:br/>
        <w:t>Õpilane peab ise leidma või tooma vaid lisamaterjalid, kui neid on vaja (nt pits, kumm, nööbid, lukud)</w:t>
      </w:r>
      <w:r w:rsidR="008579F7" w:rsidRPr="0058459D">
        <w:t xml:space="preserve"> oma kodustest kanga või materjali varudest.</w:t>
      </w:r>
    </w:p>
    <w:p w14:paraId="43B063FB" w14:textId="028FCDA9" w:rsidR="0021473C" w:rsidRPr="0058459D" w:rsidRDefault="00BA4D14" w:rsidP="00047FF8">
      <w:pPr>
        <w:jc w:val="both"/>
      </w:pPr>
      <w:r w:rsidRPr="0058459D">
        <w:t>- Eelistatud on taaskasutus – otsi kodust</w:t>
      </w:r>
      <w:r w:rsidR="00011EB9" w:rsidRPr="0058459D">
        <w:t xml:space="preserve"> olemasolevast riidekapist seisvaid rõivaid</w:t>
      </w:r>
      <w:r w:rsidRPr="0058459D">
        <w:t>, vanaema</w:t>
      </w:r>
      <w:r w:rsidR="00011EB9" w:rsidRPr="0058459D">
        <w:t>, tädi</w:t>
      </w:r>
      <w:r w:rsidRPr="0058459D">
        <w:t xml:space="preserve"> või ema</w:t>
      </w:r>
      <w:r w:rsidR="00236BE8" w:rsidRPr="0058459D">
        <w:t>/isa</w:t>
      </w:r>
      <w:r w:rsidRPr="0058459D">
        <w:t xml:space="preserve"> õmbluskarbist</w:t>
      </w:r>
      <w:r w:rsidR="00236BE8" w:rsidRPr="0058459D">
        <w:t>/riidekapist</w:t>
      </w:r>
      <w:r w:rsidRPr="0058459D">
        <w:t>, Uuskasutuskeskusest</w:t>
      </w:r>
      <w:r w:rsidR="00236BE8" w:rsidRPr="0058459D">
        <w:t>/mujalt teise ringi poest</w:t>
      </w:r>
      <w:r w:rsidRPr="0058459D">
        <w:t>.</w:t>
      </w:r>
      <w:r w:rsidRPr="0058459D">
        <w:br/>
        <w:t>- V</w:t>
      </w:r>
      <w:r w:rsidR="00236BE8" w:rsidRPr="0058459D">
        <w:t>aid äärimisel v</w:t>
      </w:r>
      <w:r w:rsidRPr="0058459D">
        <w:t>ajadusel võib osta poest,</w:t>
      </w:r>
      <w:r w:rsidR="00011EB9" w:rsidRPr="0058459D">
        <w:t xml:space="preserve"> kui kuidagi ei leia sobivat tekstiili või sulle vajalikku töövahendit. Projekti e</w:t>
      </w:r>
      <w:r w:rsidRPr="0058459D">
        <w:t>esmärk on kasutada minimaalselt uut materjali.</w:t>
      </w:r>
    </w:p>
    <w:p w14:paraId="60F87A89" w14:textId="77777777" w:rsidR="0021473C" w:rsidRPr="0058459D" w:rsidRDefault="00BA4D14">
      <w:pPr>
        <w:pStyle w:val="Pealkiri2"/>
        <w:rPr>
          <w:color w:val="auto"/>
        </w:rPr>
      </w:pPr>
      <w:r w:rsidRPr="0058459D">
        <w:rPr>
          <w:color w:val="auto"/>
        </w:rPr>
        <w:t>4. Loovprojekti koostamine ja esitamine</w:t>
      </w:r>
    </w:p>
    <w:p w14:paraId="3781B841" w14:textId="4BD65FE7" w:rsidR="0021473C" w:rsidRPr="0058459D" w:rsidRDefault="00BA4D14">
      <w:r w:rsidRPr="0058459D">
        <w:t>Iga õpilane koostab digitaalse projekti kirjelduse (1–</w:t>
      </w:r>
      <w:r w:rsidR="00736166" w:rsidRPr="0058459D">
        <w:t>3</w:t>
      </w:r>
      <w:r w:rsidRPr="0058459D">
        <w:t xml:space="preserve"> A4 lehekülge), mis esitatakse õpetajale</w:t>
      </w:r>
      <w:r w:rsidR="00236BE8" w:rsidRPr="0058459D">
        <w:t xml:space="preserve"> hiljemalt</w:t>
      </w:r>
      <w:r w:rsidR="008F0ED9" w:rsidRPr="0058459D">
        <w:t xml:space="preserve"> (kuupäev tähtajana)</w:t>
      </w:r>
    </w:p>
    <w:p w14:paraId="159B17C8" w14:textId="77777777" w:rsidR="00736166" w:rsidRPr="0058459D" w:rsidRDefault="00736166">
      <w:pPr>
        <w:rPr>
          <w:b/>
          <w:bCs/>
        </w:rPr>
      </w:pPr>
    </w:p>
    <w:p w14:paraId="06867154" w14:textId="3687DFA2" w:rsidR="0021473C" w:rsidRPr="0058459D" w:rsidRDefault="00BA4D14">
      <w:pPr>
        <w:rPr>
          <w:b/>
          <w:bCs/>
        </w:rPr>
      </w:pPr>
      <w:r w:rsidRPr="0058459D">
        <w:rPr>
          <w:b/>
          <w:bCs/>
        </w:rPr>
        <w:t>Projekt peab sisaldama järgmisi osi:</w:t>
      </w:r>
    </w:p>
    <w:p w14:paraId="71365174" w14:textId="2D66BA48" w:rsidR="00736166" w:rsidRPr="0058459D" w:rsidRDefault="00BA4D14" w:rsidP="00047FF8">
      <w:r w:rsidRPr="0058459D">
        <w:t>1️⃣</w:t>
      </w:r>
      <w:r w:rsidRPr="0058459D">
        <w:rPr>
          <w:b/>
          <w:bCs/>
        </w:rPr>
        <w:t xml:space="preserve"> Mis rõivad valiti?</w:t>
      </w:r>
      <w:r w:rsidR="00236BE8" w:rsidRPr="0058459D">
        <w:rPr>
          <w:b/>
          <w:bCs/>
        </w:rPr>
        <w:t xml:space="preserve"> Lisa värv ja materjal</w:t>
      </w:r>
      <w:r w:rsidRPr="0058459D">
        <w:rPr>
          <w:b/>
          <w:bCs/>
        </w:rPr>
        <w:br/>
      </w:r>
      <w:r w:rsidRPr="0058459D">
        <w:t>Näiteks:</w:t>
      </w:r>
      <w:r w:rsidR="00236BE8" w:rsidRPr="0058459D">
        <w:t xml:space="preserve"> valge</w:t>
      </w:r>
      <w:r w:rsidRPr="0058459D">
        <w:t xml:space="preserve"> linane särk,</w:t>
      </w:r>
      <w:r w:rsidR="00236BE8" w:rsidRPr="0058459D">
        <w:t xml:space="preserve"> hele sinised</w:t>
      </w:r>
      <w:r w:rsidRPr="0058459D">
        <w:t xml:space="preserve"> teksapüksid, villane</w:t>
      </w:r>
      <w:r w:rsidR="00236BE8" w:rsidRPr="0058459D">
        <w:t xml:space="preserve"> sinine</w:t>
      </w:r>
      <w:r w:rsidRPr="0058459D">
        <w:t xml:space="preserve"> kampsun, </w:t>
      </w:r>
      <w:r w:rsidR="00236BE8" w:rsidRPr="0058459D">
        <w:t xml:space="preserve">valge </w:t>
      </w:r>
      <w:r w:rsidRPr="0058459D">
        <w:t>siidpluus.</w:t>
      </w:r>
      <w:r w:rsidRPr="0058459D">
        <w:br/>
      </w:r>
      <w:r w:rsidRPr="0058459D">
        <w:br/>
        <w:t>2️⃣</w:t>
      </w:r>
      <w:r w:rsidRPr="0058459D">
        <w:rPr>
          <w:b/>
          <w:bCs/>
        </w:rPr>
        <w:t xml:space="preserve"> Kaal ja materjalid</w:t>
      </w:r>
      <w:r w:rsidR="008579F7" w:rsidRPr="0058459D">
        <w:rPr>
          <w:b/>
          <w:bCs/>
        </w:rPr>
        <w:t xml:space="preserve"> ja materjalide leidmiskoht</w:t>
      </w:r>
      <w:r w:rsidRPr="0058459D">
        <w:br/>
      </w:r>
      <w:r w:rsidRPr="00070CCA">
        <w:rPr>
          <w:b/>
          <w:bCs/>
        </w:rPr>
        <w:t>Näiteks</w:t>
      </w:r>
      <w:r w:rsidRPr="0058459D">
        <w:t>:</w:t>
      </w:r>
      <w:r w:rsidR="00236BE8" w:rsidRPr="0058459D">
        <w:t xml:space="preserve"> valge</w:t>
      </w:r>
      <w:r w:rsidRPr="0058459D">
        <w:t xml:space="preserve"> linane särk – 250 g, 3 nööpi, 1 väike rebend varrukal.</w:t>
      </w:r>
      <w:r w:rsidR="008579F7" w:rsidRPr="0058459D">
        <w:t xml:space="preserve"> Materjalid varutud kõik Uuskasutuskeskusest v.a valge siidpluus.</w:t>
      </w:r>
      <w:r w:rsidRPr="0058459D">
        <w:br/>
      </w:r>
      <w:r w:rsidRPr="0058459D">
        <w:br/>
        <w:t xml:space="preserve">3️⃣ </w:t>
      </w:r>
      <w:r w:rsidRPr="0058459D">
        <w:rPr>
          <w:b/>
          <w:bCs/>
        </w:rPr>
        <w:t>Puuduvad lisamaterjalid</w:t>
      </w:r>
      <w:r w:rsidR="00236BE8" w:rsidRPr="0058459D">
        <w:rPr>
          <w:b/>
          <w:bCs/>
        </w:rPr>
        <w:t>:</w:t>
      </w:r>
      <w:r w:rsidRPr="0058459D">
        <w:br/>
      </w:r>
      <w:r w:rsidRPr="00070CCA">
        <w:rPr>
          <w:b/>
          <w:bCs/>
        </w:rPr>
        <w:t>Näiteks</w:t>
      </w:r>
      <w:r w:rsidRPr="0058459D">
        <w:t>: plaanis lisada</w:t>
      </w:r>
      <w:r w:rsidR="00236BE8" w:rsidRPr="0058459D">
        <w:t xml:space="preserve"> valgele linasele särgile2 cm</w:t>
      </w:r>
      <w:r w:rsidRPr="0058459D">
        <w:t xml:space="preserve"> </w:t>
      </w:r>
      <w:r w:rsidR="00236BE8" w:rsidRPr="0058459D">
        <w:t xml:space="preserve">laiusega </w:t>
      </w:r>
      <w:r w:rsidRPr="0058459D">
        <w:t>kumm vöökohale</w:t>
      </w:r>
      <w:r w:rsidR="00236BE8" w:rsidRPr="0058459D">
        <w:t xml:space="preserve"> 60cm (koos õmblusvaruga)</w:t>
      </w:r>
      <w:r w:rsidRPr="0058459D">
        <w:t xml:space="preserve"> ja </w:t>
      </w:r>
      <w:r w:rsidR="00236BE8" w:rsidRPr="0058459D">
        <w:t xml:space="preserve">sinine 2cm </w:t>
      </w:r>
      <w:r w:rsidRPr="0058459D">
        <w:t>pits varrukatele.</w:t>
      </w:r>
      <w:r w:rsidRPr="0058459D">
        <w:br/>
        <w:t xml:space="preserve">Kui vajalikku materjali ei leia kodust ega taaskasutusest, kirjuta </w:t>
      </w:r>
      <w:r w:rsidR="008F0ED9" w:rsidRPr="0058459D">
        <w:t>(koolitaja nimi)</w:t>
      </w:r>
      <w:r w:rsidRPr="0058459D">
        <w:t xml:space="preserve"> e-postile: </w:t>
      </w:r>
      <w:hyperlink r:id="rId8" w:history="1">
        <w:r w:rsidR="008F0ED9" w:rsidRPr="0058459D">
          <w:rPr>
            <w:rStyle w:val="Hperlink"/>
            <w:color w:val="auto"/>
          </w:rPr>
          <w:t>(koolitaja e-post)</w:t>
        </w:r>
      </w:hyperlink>
      <w:r w:rsidR="00011EB9" w:rsidRPr="0058459D">
        <w:t xml:space="preserve"> hiljemalt  </w:t>
      </w:r>
      <w:r w:rsidR="008F0ED9" w:rsidRPr="0058459D">
        <w:t xml:space="preserve">(tähtaeg kuupäevana) </w:t>
      </w:r>
      <w:r w:rsidR="00011EB9" w:rsidRPr="0058459D">
        <w:t xml:space="preserve"> ja ta annab teada hiljemalt </w:t>
      </w:r>
      <w:r w:rsidR="008F0ED9" w:rsidRPr="0058459D">
        <w:t>(kuupäev)</w:t>
      </w:r>
      <w:r w:rsidR="00011EB9" w:rsidRPr="0058459D">
        <w:t>, kas õnnestus selline materjal</w:t>
      </w:r>
      <w:r w:rsidR="00236BE8" w:rsidRPr="0058459D">
        <w:t xml:space="preserve"> eelistatult taaskasutuspoodidest</w:t>
      </w:r>
      <w:r w:rsidR="00011EB9" w:rsidRPr="0058459D">
        <w:t xml:space="preserve"> leida.</w:t>
      </w:r>
      <w:r w:rsidR="00236BE8" w:rsidRPr="0058459D">
        <w:t xml:space="preserve"> Materjalide varumine </w:t>
      </w:r>
      <w:r w:rsidR="008579F7" w:rsidRPr="0058459D">
        <w:t xml:space="preserve">on </w:t>
      </w:r>
      <w:r w:rsidR="00236BE8" w:rsidRPr="0058459D">
        <w:t>lisatasu eest.</w:t>
      </w:r>
      <w:r w:rsidR="00011EB9" w:rsidRPr="0058459D">
        <w:t xml:space="preserve"> </w:t>
      </w:r>
      <w:r w:rsidRPr="0058459D">
        <w:t xml:space="preserve">Tema aitab leida sobiva materjalilahenduse enne ümberdisaini algust </w:t>
      </w:r>
      <w:r w:rsidR="008F0ED9" w:rsidRPr="0058459D">
        <w:t>(kuupäevad töötubadel)</w:t>
      </w:r>
      <w:r w:rsidRPr="0058459D">
        <w:br/>
      </w:r>
      <w:r w:rsidRPr="0058459D">
        <w:br/>
        <w:t xml:space="preserve">4️⃣ </w:t>
      </w:r>
      <w:r w:rsidRPr="0058459D">
        <w:rPr>
          <w:b/>
          <w:bCs/>
        </w:rPr>
        <w:t>Ümberdisaini idee ja tööprotsess</w:t>
      </w:r>
      <w:r w:rsidRPr="0058459D">
        <w:br/>
        <w:t>Kirjelda, kuidas rõivaid</w:t>
      </w:r>
      <w:r w:rsidR="00736166" w:rsidRPr="0058459D">
        <w:t xml:space="preserve"> soovid muuta</w:t>
      </w:r>
      <w:r w:rsidRPr="0058459D">
        <w:t>: lõikamine, õmblemine, värvimine, tikkimine,</w:t>
      </w:r>
      <w:r w:rsidR="00736166" w:rsidRPr="0058459D">
        <w:t xml:space="preserve"> </w:t>
      </w:r>
      <w:r w:rsidRPr="0058459D">
        <w:t>aplikatsioonid, kombineerimine jms.</w:t>
      </w:r>
      <w:r w:rsidR="00D177EB" w:rsidRPr="0058459D">
        <w:t xml:space="preserve"> </w:t>
      </w:r>
      <w:r w:rsidRPr="0058459D">
        <w:br/>
        <w:t>Lisa joonis või visand</w:t>
      </w:r>
      <w:r w:rsidR="00D177EB" w:rsidRPr="0058459D">
        <w:t xml:space="preserve"> ning kirjeldus</w:t>
      </w:r>
      <w:r w:rsidR="00736166" w:rsidRPr="0058459D">
        <w:t>,</w:t>
      </w:r>
      <w:r w:rsidR="00D177EB" w:rsidRPr="0058459D">
        <w:t xml:space="preserve"> </w:t>
      </w:r>
      <w:r w:rsidRPr="0058459D">
        <w:t>millist komplekti</w:t>
      </w:r>
      <w:r w:rsidR="00D177EB" w:rsidRPr="0058459D">
        <w:t>, millistest materjalidest ja tehnikas</w:t>
      </w:r>
      <w:r w:rsidRPr="0058459D">
        <w:t xml:space="preserve"> soovid luua.</w:t>
      </w:r>
      <w:r w:rsidRPr="0058459D">
        <w:br/>
      </w:r>
      <w:r w:rsidRPr="0058459D">
        <w:br/>
        <w:t xml:space="preserve">5️⃣ </w:t>
      </w:r>
      <w:r w:rsidRPr="0058459D">
        <w:rPr>
          <w:b/>
          <w:bCs/>
        </w:rPr>
        <w:t>Tekkinud küsimused</w:t>
      </w:r>
      <w:r w:rsidRPr="0058459D">
        <w:br/>
        <w:t xml:space="preserve">Lisa projekti lõppu </w:t>
      </w:r>
      <w:r w:rsidRPr="0058459D">
        <w:rPr>
          <w:b/>
          <w:bCs/>
        </w:rPr>
        <w:t>kõik küsimused, mis töö</w:t>
      </w:r>
      <w:r w:rsidR="00D177EB" w:rsidRPr="0058459D">
        <w:rPr>
          <w:b/>
          <w:bCs/>
        </w:rPr>
        <w:t xml:space="preserve"> protsessi</w:t>
      </w:r>
      <w:r w:rsidRPr="0058459D">
        <w:rPr>
          <w:b/>
          <w:bCs/>
        </w:rPr>
        <w:t xml:space="preserve"> käigus tekkisid</w:t>
      </w:r>
      <w:r w:rsidRPr="0058459D">
        <w:t>.</w:t>
      </w:r>
      <w:r w:rsidR="00D177EB" w:rsidRPr="0058459D">
        <w:t xml:space="preserve"> Siis saab </w:t>
      </w:r>
      <w:r w:rsidR="008F0ED9" w:rsidRPr="0058459D">
        <w:t xml:space="preserve">(koolitaja nimi) </w:t>
      </w:r>
      <w:r w:rsidR="00D177EB" w:rsidRPr="0058459D">
        <w:t xml:space="preserve">sobivad vahendid ja tööjuhendid selleks leida/koostada või pakkuda alternatiive, </w:t>
      </w:r>
      <w:r w:rsidR="00236BE8" w:rsidRPr="0058459D">
        <w:t>et</w:t>
      </w:r>
      <w:r w:rsidR="00D177EB" w:rsidRPr="0058459D">
        <w:t xml:space="preserve"> 2 praktikapäeva jooksul antud projekti lõpetada. </w:t>
      </w:r>
    </w:p>
    <w:p w14:paraId="6EB66394" w14:textId="4B998088" w:rsidR="0021473C" w:rsidRPr="0058459D" w:rsidRDefault="00BA4D14">
      <w:r w:rsidRPr="0058459D">
        <w:rPr>
          <w:b/>
          <w:bCs/>
        </w:rPr>
        <w:t>Näiteks:</w:t>
      </w:r>
      <w:r w:rsidRPr="0058459D">
        <w:t xml:space="preserve"> Kuidas ühendada kahte erinevat kangast? Kuidas teksariiet värvida?</w:t>
      </w:r>
      <w:r w:rsidR="00D177EB" w:rsidRPr="0058459D">
        <w:t xml:space="preserve"> Kuidas lisada aplikatsioone? Kuidas teha narmaid teksariide äärde? Kuidas krookida riiet? Kuidas teha lõhikut? Kuidas teha püksid kitsamaks või laiemaks? Kuidas lisad kandid varrukale? Kuidas õmmelda siilud varrukale? Kuidas peita seda plekki? </w:t>
      </w:r>
      <w:r w:rsidR="00236BE8" w:rsidRPr="0058459D">
        <w:t>Kuidas õmmelda lisatriip seljale?</w:t>
      </w:r>
      <w:r w:rsidR="00736166" w:rsidRPr="0058459D">
        <w:t xml:space="preserve"> Kuidas õmmelda nööpi?</w:t>
      </w:r>
      <w:r w:rsidR="00236BE8" w:rsidRPr="0058459D">
        <w:t xml:space="preserve"> </w:t>
      </w:r>
      <w:r w:rsidR="00D177EB" w:rsidRPr="0058459D">
        <w:t>jms</w:t>
      </w:r>
      <w:r w:rsidRPr="0058459D">
        <w:br/>
      </w:r>
      <w:r w:rsidRPr="0058459D">
        <w:br/>
        <w:t xml:space="preserve">6️⃣ </w:t>
      </w:r>
      <w:r w:rsidRPr="0058459D">
        <w:rPr>
          <w:b/>
          <w:bCs/>
        </w:rPr>
        <w:t>Lõplik tulemus</w:t>
      </w:r>
      <w:r w:rsidRPr="0058459D">
        <w:br/>
        <w:t>Pärast valmimist kirjelda lõpptulemust ja kaalu rõivad uuesti.</w:t>
      </w:r>
      <w:r w:rsidRPr="0058459D">
        <w:br/>
        <w:t>Lisa</w:t>
      </w:r>
      <w:r w:rsidR="00736166" w:rsidRPr="0058459D">
        <w:t xml:space="preserve"> iga tekstiiliesemest</w:t>
      </w:r>
      <w:r w:rsidRPr="0058459D">
        <w:t xml:space="preserve"> fotod</w:t>
      </w:r>
      <w:r w:rsidR="00736166" w:rsidRPr="0058459D">
        <w:t xml:space="preserve"> </w:t>
      </w:r>
      <w:r w:rsidRPr="0058459D">
        <w:t>(enne ja pärast</w:t>
      </w:r>
      <w:r w:rsidR="00736166" w:rsidRPr="0058459D">
        <w:t>, eest ja tagant poolt</w:t>
      </w:r>
      <w:r w:rsidRPr="0058459D">
        <w:t>).</w:t>
      </w:r>
      <w:r w:rsidRPr="0058459D">
        <w:br/>
        <w:t>Märgi ära lisatud materjalide kogus ja päritolu</w:t>
      </w:r>
      <w:r w:rsidR="00D177EB" w:rsidRPr="0058459D">
        <w:t xml:space="preserve"> (info peaks olema tootesiltidel iga rõivaeseme sees, või uut kangast ostes hinnasildil kirjeldusena)</w:t>
      </w:r>
    </w:p>
    <w:p w14:paraId="66170A37" w14:textId="51A8737E" w:rsidR="0021473C" w:rsidRPr="0058459D" w:rsidRDefault="00BA4D14">
      <w:pPr>
        <w:pStyle w:val="Pealkiri2"/>
        <w:rPr>
          <w:color w:val="auto"/>
        </w:rPr>
      </w:pPr>
      <w:r w:rsidRPr="0058459D">
        <w:rPr>
          <w:color w:val="auto"/>
        </w:rPr>
        <w:lastRenderedPageBreak/>
        <w:t>5. Projekti esitamise vorm</w:t>
      </w:r>
      <w:r w:rsidR="008579F7" w:rsidRPr="0058459D">
        <w:rPr>
          <w:color w:val="auto"/>
        </w:rPr>
        <w:t>i näidis</w:t>
      </w:r>
    </w:p>
    <w:p w14:paraId="1CEFDE16" w14:textId="561EC944" w:rsidR="0021473C" w:rsidRPr="0058459D" w:rsidRDefault="00BA4D14">
      <w:r w:rsidRPr="0058459D">
        <w:t>ÕPILASE NIMI:</w:t>
      </w:r>
      <w:r w:rsidRPr="0058459D">
        <w:br/>
        <w:t>PROJEKTI PEALKIRI:</w:t>
      </w:r>
      <w:r w:rsidRPr="0058459D">
        <w:br/>
      </w:r>
      <w:r w:rsidR="00B26AB7" w:rsidRPr="0058459D">
        <w:t>VALITUD RÕIVAD SH kaal, materjal, varumise koht, puuduvad materjalid disainimiseks</w:t>
      </w:r>
    </w:p>
    <w:tbl>
      <w:tblPr>
        <w:tblW w:w="9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4"/>
        <w:gridCol w:w="1682"/>
        <w:gridCol w:w="1400"/>
        <w:gridCol w:w="1251"/>
        <w:gridCol w:w="1251"/>
        <w:gridCol w:w="1405"/>
        <w:gridCol w:w="1841"/>
      </w:tblGrid>
      <w:tr w:rsidR="0058459D" w:rsidRPr="0058459D" w14:paraId="16DB924F" w14:textId="306FCA85" w:rsidTr="00070CCA">
        <w:trPr>
          <w:trHeight w:val="1939"/>
        </w:trPr>
        <w:tc>
          <w:tcPr>
            <w:tcW w:w="1144" w:type="dxa"/>
          </w:tcPr>
          <w:p w14:paraId="3927C05E" w14:textId="06ED3C47" w:rsidR="008579F7" w:rsidRPr="0058459D" w:rsidRDefault="008579F7">
            <w:r w:rsidRPr="0058459D">
              <w:t>Ese</w:t>
            </w:r>
            <w:r w:rsidR="00B26AB7" w:rsidRPr="0058459D">
              <w:t>me nimetus, värv, õmbluste niidi värv</w:t>
            </w:r>
          </w:p>
        </w:tc>
        <w:tc>
          <w:tcPr>
            <w:tcW w:w="1682" w:type="dxa"/>
          </w:tcPr>
          <w:p w14:paraId="450BAFD6" w14:textId="1ABB6323" w:rsidR="008579F7" w:rsidRPr="0058459D" w:rsidRDefault="008579F7">
            <w:r w:rsidRPr="0058459D">
              <w:t>Materjal+materjali %</w:t>
            </w:r>
          </w:p>
        </w:tc>
        <w:tc>
          <w:tcPr>
            <w:tcW w:w="1400" w:type="dxa"/>
          </w:tcPr>
          <w:p w14:paraId="6C658ED7" w14:textId="1FD20116" w:rsidR="008579F7" w:rsidRPr="0058459D" w:rsidRDefault="008579F7">
            <w:r w:rsidRPr="0058459D">
              <w:t>Tekstiileseme algkaal (g)</w:t>
            </w:r>
          </w:p>
        </w:tc>
        <w:tc>
          <w:tcPr>
            <w:tcW w:w="1251" w:type="dxa"/>
          </w:tcPr>
          <w:p w14:paraId="0F25AFBE" w14:textId="6F2C86F6" w:rsidR="008579F7" w:rsidRPr="0058459D" w:rsidRDefault="008579F7">
            <w:r w:rsidRPr="0058459D">
              <w:t>Lisadetailid</w:t>
            </w:r>
            <w:r w:rsidR="00B26AB7" w:rsidRPr="0058459D">
              <w:t>, mida plaanid sellele lisada</w:t>
            </w:r>
            <w:r w:rsidRPr="0058459D">
              <w:t xml:space="preserve"> olemas</w:t>
            </w:r>
          </w:p>
        </w:tc>
        <w:tc>
          <w:tcPr>
            <w:tcW w:w="1251" w:type="dxa"/>
          </w:tcPr>
          <w:p w14:paraId="33D3B336" w14:textId="28A90445" w:rsidR="008579F7" w:rsidRPr="0058459D" w:rsidRDefault="00B26AB7">
            <w:r w:rsidRPr="0058459D">
              <w:t xml:space="preserve">Lisadetailid, mis </w:t>
            </w:r>
            <w:r w:rsidR="008579F7" w:rsidRPr="0058459D">
              <w:t xml:space="preserve">veel </w:t>
            </w:r>
            <w:r w:rsidRPr="0058459D">
              <w:t>puudu</w:t>
            </w:r>
          </w:p>
        </w:tc>
        <w:tc>
          <w:tcPr>
            <w:tcW w:w="1405" w:type="dxa"/>
          </w:tcPr>
          <w:p w14:paraId="5B8EF861" w14:textId="5A301331" w:rsidR="008579F7" w:rsidRPr="0058459D" w:rsidRDefault="008579F7">
            <w:r w:rsidRPr="0058459D">
              <w:t>Lõplik tekstiili</w:t>
            </w:r>
            <w:r w:rsidR="00B26AB7" w:rsidRPr="0058459D">
              <w:t>eseme</w:t>
            </w:r>
            <w:r w:rsidRPr="0058459D">
              <w:t xml:space="preserve"> kaal </w:t>
            </w:r>
            <w:r w:rsidR="00B26AB7" w:rsidRPr="0058459D">
              <w:t xml:space="preserve">peale valmimist </w:t>
            </w:r>
            <w:r w:rsidRPr="0058459D">
              <w:t>(g)</w:t>
            </w:r>
          </w:p>
        </w:tc>
        <w:tc>
          <w:tcPr>
            <w:tcW w:w="1841" w:type="dxa"/>
          </w:tcPr>
          <w:p w14:paraId="4BB92117" w14:textId="530F4510" w:rsidR="008579F7" w:rsidRPr="0058459D" w:rsidRDefault="008579F7">
            <w:r w:rsidRPr="0058459D">
              <w:t>Varumise koht nt Uuskasutuskeskus, kodu, vanaema, Humana, sober andis jms</w:t>
            </w:r>
          </w:p>
        </w:tc>
      </w:tr>
      <w:tr w:rsidR="0058459D" w:rsidRPr="0058459D" w14:paraId="522B5F45" w14:textId="183741DB" w:rsidTr="00156640">
        <w:trPr>
          <w:trHeight w:val="508"/>
        </w:trPr>
        <w:tc>
          <w:tcPr>
            <w:tcW w:w="1144" w:type="dxa"/>
          </w:tcPr>
          <w:p w14:paraId="008897DA" w14:textId="77777777" w:rsidR="008579F7" w:rsidRPr="0058459D" w:rsidRDefault="008579F7"/>
        </w:tc>
        <w:tc>
          <w:tcPr>
            <w:tcW w:w="1682" w:type="dxa"/>
          </w:tcPr>
          <w:p w14:paraId="13362DB0" w14:textId="77777777" w:rsidR="008579F7" w:rsidRPr="0058459D" w:rsidRDefault="008579F7"/>
        </w:tc>
        <w:tc>
          <w:tcPr>
            <w:tcW w:w="1400" w:type="dxa"/>
          </w:tcPr>
          <w:p w14:paraId="208361DA" w14:textId="77777777" w:rsidR="008579F7" w:rsidRPr="0058459D" w:rsidRDefault="008579F7"/>
        </w:tc>
        <w:tc>
          <w:tcPr>
            <w:tcW w:w="1251" w:type="dxa"/>
          </w:tcPr>
          <w:p w14:paraId="6B4DADEA" w14:textId="77777777" w:rsidR="008579F7" w:rsidRPr="0058459D" w:rsidRDefault="008579F7"/>
        </w:tc>
        <w:tc>
          <w:tcPr>
            <w:tcW w:w="1251" w:type="dxa"/>
          </w:tcPr>
          <w:p w14:paraId="1E15D7AB" w14:textId="77777777" w:rsidR="008579F7" w:rsidRPr="0058459D" w:rsidRDefault="008579F7"/>
        </w:tc>
        <w:tc>
          <w:tcPr>
            <w:tcW w:w="1405" w:type="dxa"/>
          </w:tcPr>
          <w:p w14:paraId="46FF7B56" w14:textId="77777777" w:rsidR="008579F7" w:rsidRPr="0058459D" w:rsidRDefault="008579F7"/>
        </w:tc>
        <w:tc>
          <w:tcPr>
            <w:tcW w:w="1841" w:type="dxa"/>
          </w:tcPr>
          <w:p w14:paraId="1AE62183" w14:textId="77777777" w:rsidR="008579F7" w:rsidRPr="0058459D" w:rsidRDefault="008579F7"/>
        </w:tc>
      </w:tr>
      <w:tr w:rsidR="0058459D" w:rsidRPr="0058459D" w14:paraId="41E20447" w14:textId="09A065DA" w:rsidTr="00156640">
        <w:trPr>
          <w:trHeight w:val="519"/>
        </w:trPr>
        <w:tc>
          <w:tcPr>
            <w:tcW w:w="1144" w:type="dxa"/>
          </w:tcPr>
          <w:p w14:paraId="64F2A96A" w14:textId="77777777" w:rsidR="008579F7" w:rsidRPr="0058459D" w:rsidRDefault="008579F7"/>
        </w:tc>
        <w:tc>
          <w:tcPr>
            <w:tcW w:w="1682" w:type="dxa"/>
          </w:tcPr>
          <w:p w14:paraId="4C5A2F0F" w14:textId="77777777" w:rsidR="008579F7" w:rsidRPr="0058459D" w:rsidRDefault="008579F7"/>
        </w:tc>
        <w:tc>
          <w:tcPr>
            <w:tcW w:w="1400" w:type="dxa"/>
          </w:tcPr>
          <w:p w14:paraId="3ACC2D56" w14:textId="77777777" w:rsidR="008579F7" w:rsidRPr="0058459D" w:rsidRDefault="008579F7"/>
        </w:tc>
        <w:tc>
          <w:tcPr>
            <w:tcW w:w="1251" w:type="dxa"/>
          </w:tcPr>
          <w:p w14:paraId="45F422BE" w14:textId="77777777" w:rsidR="008579F7" w:rsidRPr="0058459D" w:rsidRDefault="008579F7"/>
        </w:tc>
        <w:tc>
          <w:tcPr>
            <w:tcW w:w="1251" w:type="dxa"/>
          </w:tcPr>
          <w:p w14:paraId="41E5BF72" w14:textId="77777777" w:rsidR="008579F7" w:rsidRPr="0058459D" w:rsidRDefault="008579F7"/>
        </w:tc>
        <w:tc>
          <w:tcPr>
            <w:tcW w:w="1405" w:type="dxa"/>
          </w:tcPr>
          <w:p w14:paraId="25EE4BE3" w14:textId="77777777" w:rsidR="008579F7" w:rsidRPr="0058459D" w:rsidRDefault="008579F7"/>
        </w:tc>
        <w:tc>
          <w:tcPr>
            <w:tcW w:w="1841" w:type="dxa"/>
          </w:tcPr>
          <w:p w14:paraId="697005B4" w14:textId="77777777" w:rsidR="008579F7" w:rsidRPr="0058459D" w:rsidRDefault="008579F7"/>
        </w:tc>
      </w:tr>
      <w:tr w:rsidR="00156640" w:rsidRPr="0058459D" w14:paraId="40B1F001" w14:textId="35BA3EFE" w:rsidTr="00156640">
        <w:trPr>
          <w:trHeight w:val="820"/>
        </w:trPr>
        <w:tc>
          <w:tcPr>
            <w:tcW w:w="1144" w:type="dxa"/>
          </w:tcPr>
          <w:p w14:paraId="73676040" w14:textId="77777777" w:rsidR="008579F7" w:rsidRPr="0058459D" w:rsidRDefault="008579F7"/>
        </w:tc>
        <w:tc>
          <w:tcPr>
            <w:tcW w:w="1682" w:type="dxa"/>
          </w:tcPr>
          <w:p w14:paraId="5FE47341" w14:textId="77777777" w:rsidR="008579F7" w:rsidRPr="0058459D" w:rsidRDefault="008579F7"/>
        </w:tc>
        <w:tc>
          <w:tcPr>
            <w:tcW w:w="1400" w:type="dxa"/>
          </w:tcPr>
          <w:p w14:paraId="5A267621" w14:textId="77777777" w:rsidR="008579F7" w:rsidRPr="0058459D" w:rsidRDefault="008579F7"/>
        </w:tc>
        <w:tc>
          <w:tcPr>
            <w:tcW w:w="1251" w:type="dxa"/>
          </w:tcPr>
          <w:p w14:paraId="108EB0F3" w14:textId="77777777" w:rsidR="008579F7" w:rsidRPr="0058459D" w:rsidRDefault="008579F7"/>
        </w:tc>
        <w:tc>
          <w:tcPr>
            <w:tcW w:w="1251" w:type="dxa"/>
          </w:tcPr>
          <w:p w14:paraId="4D270F67" w14:textId="77777777" w:rsidR="008579F7" w:rsidRPr="0058459D" w:rsidRDefault="008579F7"/>
        </w:tc>
        <w:tc>
          <w:tcPr>
            <w:tcW w:w="1405" w:type="dxa"/>
          </w:tcPr>
          <w:p w14:paraId="6E86B3F0" w14:textId="7C4A9DE6" w:rsidR="008579F7" w:rsidRPr="0058459D" w:rsidRDefault="008579F7"/>
        </w:tc>
        <w:tc>
          <w:tcPr>
            <w:tcW w:w="1841" w:type="dxa"/>
          </w:tcPr>
          <w:p w14:paraId="450F6A0B" w14:textId="7B07FB8F" w:rsidR="008579F7" w:rsidRPr="0058459D" w:rsidRDefault="008579F7">
            <w:r w:rsidRPr="0058459D">
              <w:t>Lisa vajadusel ridu</w:t>
            </w:r>
          </w:p>
        </w:tc>
      </w:tr>
    </w:tbl>
    <w:p w14:paraId="0633310E" w14:textId="77777777" w:rsidR="008579F7" w:rsidRPr="0058459D" w:rsidRDefault="008579F7"/>
    <w:p w14:paraId="49954594" w14:textId="5750AE6D" w:rsidR="00156640" w:rsidRPr="0058459D" w:rsidRDefault="00156640" w:rsidP="00020314">
      <w:pPr>
        <w:pStyle w:val="Loendilik"/>
        <w:numPr>
          <w:ilvl w:val="0"/>
          <w:numId w:val="11"/>
        </w:numPr>
      </w:pPr>
      <w:r w:rsidRPr="0058459D">
        <w:t>Pildid olemasolevatest tekstiiliesemetest eest ja tagant:</w:t>
      </w:r>
    </w:p>
    <w:p w14:paraId="4792DA42" w14:textId="71C14F58" w:rsidR="00156640" w:rsidRPr="0058459D" w:rsidRDefault="00156640" w:rsidP="00020314">
      <w:pPr>
        <w:pStyle w:val="Loendilik"/>
        <w:numPr>
          <w:ilvl w:val="0"/>
          <w:numId w:val="11"/>
        </w:numPr>
      </w:pPr>
      <w:r w:rsidRPr="0058459D">
        <w:t>Puuduvad lisamaterjalid: (kirjelda neid, sh koguseid pikkust ja laiust)</w:t>
      </w:r>
    </w:p>
    <w:p w14:paraId="4D9724D7" w14:textId="77777777" w:rsidR="00156640" w:rsidRPr="0058459D" w:rsidRDefault="00BA4D14" w:rsidP="00020314">
      <w:pPr>
        <w:pStyle w:val="Loendilik"/>
        <w:numPr>
          <w:ilvl w:val="0"/>
          <w:numId w:val="11"/>
        </w:numPr>
      </w:pPr>
      <w:r w:rsidRPr="0058459D">
        <w:t>Jooni</w:t>
      </w:r>
      <w:r w:rsidR="00156640" w:rsidRPr="0058459D">
        <w:t>s või visuaal</w:t>
      </w:r>
      <w:r w:rsidRPr="0058459D">
        <w:t xml:space="preserve"> kavandist: (lisada visand või foto visandist)</w:t>
      </w:r>
    </w:p>
    <w:p w14:paraId="16349241" w14:textId="1D701E7D" w:rsidR="0021473C" w:rsidRPr="0058459D" w:rsidRDefault="00156640" w:rsidP="00020314">
      <w:pPr>
        <w:pStyle w:val="Loendilik"/>
        <w:numPr>
          <w:ilvl w:val="0"/>
          <w:numId w:val="11"/>
        </w:numPr>
      </w:pPr>
      <w:r w:rsidRPr="0058459D">
        <w:t>Ümberdisanimise kirjeldus ja tööprotsess: (lühitekst, kuidas rõivad ümber disainitakse)</w:t>
      </w:r>
    </w:p>
    <w:p w14:paraId="782A03B1" w14:textId="0D7A5F12" w:rsidR="0021473C" w:rsidRPr="0058459D" w:rsidRDefault="00156640" w:rsidP="00020314">
      <w:pPr>
        <w:pStyle w:val="Loendilik"/>
        <w:numPr>
          <w:ilvl w:val="0"/>
          <w:numId w:val="11"/>
        </w:numPr>
      </w:pPr>
      <w:r w:rsidRPr="0058459D">
        <w:t>Tekkinud küsimused, mis võivad tekkida selle loomeprotsessi käigus: (loetelu)</w:t>
      </w:r>
    </w:p>
    <w:p w14:paraId="6FE7E675" w14:textId="28C135F8" w:rsidR="00156640" w:rsidRPr="0058459D" w:rsidRDefault="00156640" w:rsidP="00020314">
      <w:pPr>
        <w:pStyle w:val="Loendilik"/>
        <w:numPr>
          <w:ilvl w:val="0"/>
          <w:numId w:val="11"/>
        </w:numPr>
      </w:pPr>
      <w:r w:rsidRPr="0058459D">
        <w:t xml:space="preserve">Valmis  tulemuse kirjeldus: (pildid ja lühikirjeldus, mis tulemuseks on) </w:t>
      </w:r>
    </w:p>
    <w:p w14:paraId="7EDC90E9" w14:textId="77777777" w:rsidR="0021473C" w:rsidRPr="0058459D" w:rsidRDefault="00BA4D14">
      <w:pPr>
        <w:pStyle w:val="Pealkiri2"/>
        <w:rPr>
          <w:color w:val="auto"/>
        </w:rPr>
      </w:pPr>
      <w:r w:rsidRPr="0058459D">
        <w:rPr>
          <w:color w:val="auto"/>
        </w:rPr>
        <w:t>Meelespea</w:t>
      </w:r>
    </w:p>
    <w:p w14:paraId="6EB04556" w14:textId="4AD5AAE1" w:rsidR="0021473C" w:rsidRPr="0058459D" w:rsidRDefault="00BA4D14">
      <w:r w:rsidRPr="0058459D">
        <w:t>- Loo komplekt, mida kannaksid ka päriselt.</w:t>
      </w:r>
      <w:r w:rsidRPr="0058459D">
        <w:br/>
        <w:t>- Vähem uut, rohkem ümbe</w:t>
      </w:r>
      <w:r w:rsidR="00D177EB" w:rsidRPr="0058459D">
        <w:t>rdisainimist</w:t>
      </w:r>
      <w:r w:rsidRPr="0058459D">
        <w:t>.</w:t>
      </w:r>
      <w:r w:rsidRPr="0058459D">
        <w:br/>
        <w:t>- Väikesed defektid võivad saada loovaks lahenduseks.</w:t>
      </w:r>
      <w:r w:rsidRPr="0058459D">
        <w:br/>
        <w:t>- Ole aus – kui kasutasid uut materjali, märgi see ära.</w:t>
      </w:r>
    </w:p>
    <w:p w14:paraId="7B60D678" w14:textId="1006CF70" w:rsidR="0021473C" w:rsidRPr="0058459D" w:rsidRDefault="00BA4D14">
      <w:r w:rsidRPr="0058459D">
        <w:rPr>
          <w:rFonts w:ascii="Segoe UI Emoji" w:hAnsi="Segoe UI Emoji" w:cs="Segoe UI Emoji"/>
        </w:rPr>
        <w:t>📅</w:t>
      </w:r>
      <w:r w:rsidRPr="0058459D">
        <w:t xml:space="preserve"> Tööde esitamise tähtaeg: </w:t>
      </w:r>
      <w:r w:rsidR="008F0ED9" w:rsidRPr="0058459D">
        <w:t>(kuupäev)</w:t>
      </w:r>
    </w:p>
    <w:p w14:paraId="13A5357E" w14:textId="54729D48" w:rsidR="00020314" w:rsidRDefault="00BA4D14">
      <w:r w:rsidRPr="0058459D">
        <w:t xml:space="preserve">📧 Kui mõnda vajalikku materjali ei leia, kirjuta: </w:t>
      </w:r>
      <w:r w:rsidR="008F0ED9" w:rsidRPr="0058459D">
        <w:t>(e-maili aadress)</w:t>
      </w:r>
      <w:r w:rsidR="00736166" w:rsidRPr="0058459D">
        <w:t xml:space="preserve"> soovitud materjali kirjeldus ja kogus pikkus, laius, materjal</w:t>
      </w:r>
      <w:r w:rsidR="00E009FF">
        <w:t>.</w:t>
      </w:r>
    </w:p>
    <w:p w14:paraId="67DB73D3" w14:textId="77777777" w:rsidR="00020314" w:rsidRDefault="00020314" w:rsidP="00020314"/>
    <w:p w14:paraId="2DCC45C0" w14:textId="1AB923A1" w:rsidR="00070CCA" w:rsidRDefault="00BC199F" w:rsidP="00070CCA">
      <w:pPr>
        <w:jc w:val="center"/>
      </w:pPr>
      <w:r>
        <w:rPr>
          <w:i/>
          <w:iCs/>
          <w:sz w:val="20"/>
          <w:szCs w:val="20"/>
        </w:rPr>
        <w:t>Kursuse juhendmaterjal</w:t>
      </w:r>
      <w:r w:rsidR="00070CCA" w:rsidRPr="00070CCA">
        <w:rPr>
          <w:i/>
          <w:iCs/>
          <w:sz w:val="20"/>
          <w:szCs w:val="20"/>
        </w:rPr>
        <w:t xml:space="preserve"> on valminud </w:t>
      </w:r>
      <w:r w:rsidR="009D2621">
        <w:rPr>
          <w:i/>
          <w:iCs/>
          <w:sz w:val="20"/>
          <w:szCs w:val="20"/>
        </w:rPr>
        <w:t xml:space="preserve">Kuusalu Keskkooli </w:t>
      </w:r>
      <w:r w:rsidR="00070CCA" w:rsidRPr="00070CCA">
        <w:rPr>
          <w:i/>
          <w:iCs/>
          <w:sz w:val="20"/>
          <w:szCs w:val="20"/>
        </w:rPr>
        <w:t>rohetehnoloogi</w:t>
      </w:r>
      <w:r w:rsidR="009D2621">
        <w:rPr>
          <w:i/>
          <w:iCs/>
          <w:sz w:val="20"/>
          <w:szCs w:val="20"/>
        </w:rPr>
        <w:t>a</w:t>
      </w:r>
      <w:r w:rsidR="00070CCA" w:rsidRPr="00070CCA">
        <w:rPr>
          <w:i/>
          <w:iCs/>
          <w:sz w:val="20"/>
          <w:szCs w:val="20"/>
        </w:rPr>
        <w:t xml:space="preserve"> teadlikkuse suurendamise projekti "Saame kliimateadlikumaks ja tutvume rohetehnoloogiaga läbi jäätmeringluse, taastuvenergeetika ja loodustunnetuse parandamise" raames (2025-2026), mida on toetanud Eesti riik</w:t>
      </w:r>
      <w:r w:rsidR="00070CCA">
        <w:rPr>
          <w:i/>
          <w:iCs/>
          <w:sz w:val="20"/>
          <w:szCs w:val="20"/>
        </w:rPr>
        <w:t>.</w:t>
      </w:r>
    </w:p>
    <w:sectPr w:rsidR="00070CCA" w:rsidSect="00034616">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126AF" w14:textId="77777777" w:rsidR="008A190C" w:rsidRDefault="008A190C" w:rsidP="00237831">
      <w:pPr>
        <w:spacing w:after="0" w:line="240" w:lineRule="auto"/>
      </w:pPr>
      <w:r>
        <w:separator/>
      </w:r>
    </w:p>
  </w:endnote>
  <w:endnote w:type="continuationSeparator" w:id="0">
    <w:p w14:paraId="268E67D0" w14:textId="77777777" w:rsidR="008A190C" w:rsidRDefault="008A190C" w:rsidP="00237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523D2" w14:textId="77777777" w:rsidR="008A190C" w:rsidRDefault="008A190C" w:rsidP="00237831">
      <w:pPr>
        <w:spacing w:after="0" w:line="240" w:lineRule="auto"/>
      </w:pPr>
      <w:r>
        <w:separator/>
      </w:r>
    </w:p>
  </w:footnote>
  <w:footnote w:type="continuationSeparator" w:id="0">
    <w:p w14:paraId="318E799A" w14:textId="77777777" w:rsidR="008A190C" w:rsidRDefault="008A190C" w:rsidP="002378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D812" w14:textId="6F366D07" w:rsidR="00237831" w:rsidRDefault="009244DF" w:rsidP="00237831">
    <w:pPr>
      <w:pStyle w:val="Pis"/>
    </w:pPr>
    <w:r>
      <w:rPr>
        <w:noProof/>
      </w:rPr>
      <w:drawing>
        <wp:anchor distT="0" distB="0" distL="114300" distR="114300" simplePos="0" relativeHeight="251659264" behindDoc="1" locked="0" layoutInCell="1" allowOverlap="1" wp14:anchorId="70A579BA" wp14:editId="661A84C1">
          <wp:simplePos x="0" y="0"/>
          <wp:positionH relativeFrom="page">
            <wp:posOffset>387350</wp:posOffset>
          </wp:positionH>
          <wp:positionV relativeFrom="paragraph">
            <wp:posOffset>-349250</wp:posOffset>
          </wp:positionV>
          <wp:extent cx="1168400" cy="654304"/>
          <wp:effectExtent l="0" t="0" r="0" b="0"/>
          <wp:wrapNone/>
          <wp:docPr id="2" name="Pilt 2" descr="Toetuse saajale: KIK toetab logod | Keskkonnainvesteeringute Kesk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oetuse saajale: KIK toetab logod | Keskkonnainvesteeringute Kesku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8400" cy="65430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252CF862" wp14:editId="6A1E7241">
          <wp:simplePos x="0" y="0"/>
          <wp:positionH relativeFrom="column">
            <wp:posOffset>4616450</wp:posOffset>
          </wp:positionH>
          <wp:positionV relativeFrom="paragraph">
            <wp:posOffset>-273050</wp:posOffset>
          </wp:positionV>
          <wp:extent cx="1568450" cy="502641"/>
          <wp:effectExtent l="0" t="0" r="0" b="0"/>
          <wp:wrapNone/>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68450" cy="5026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7831" w:rsidRPr="005635F4">
      <w:rPr>
        <w:b/>
        <w:bCs/>
        <w:noProof/>
        <w:sz w:val="32"/>
        <w:szCs w:val="32"/>
      </w:rPr>
      <w:drawing>
        <wp:anchor distT="0" distB="0" distL="114300" distR="114300" simplePos="0" relativeHeight="251661312" behindDoc="0" locked="0" layoutInCell="1" allowOverlap="1" wp14:anchorId="0CF0E8BC" wp14:editId="26FB777F">
          <wp:simplePos x="0" y="0"/>
          <wp:positionH relativeFrom="margin">
            <wp:align>center</wp:align>
          </wp:positionH>
          <wp:positionV relativeFrom="paragraph">
            <wp:posOffset>-342265</wp:posOffset>
          </wp:positionV>
          <wp:extent cx="600075" cy="605845"/>
          <wp:effectExtent l="0" t="0" r="0" b="3810"/>
          <wp:wrapThrough wrapText="bothSides">
            <wp:wrapPolygon edited="0">
              <wp:start x="0" y="0"/>
              <wp:lineTo x="0" y="21057"/>
              <wp:lineTo x="20571" y="21057"/>
              <wp:lineTo x="20571" y="0"/>
              <wp:lineTo x="0" y="0"/>
            </wp:wrapPolygon>
          </wp:wrapThrough>
          <wp:docPr id="1742151527"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151527" name=""/>
                  <pic:cNvPicPr/>
                </pic:nvPicPr>
                <pic:blipFill>
                  <a:blip r:embed="rId3">
                    <a:extLst>
                      <a:ext uri="{28A0092B-C50C-407E-A947-70E740481C1C}">
                        <a14:useLocalDpi xmlns:a14="http://schemas.microsoft.com/office/drawing/2010/main" val="0"/>
                      </a:ext>
                    </a:extLst>
                  </a:blip>
                  <a:stretch>
                    <a:fillRect/>
                  </a:stretch>
                </pic:blipFill>
                <pic:spPr>
                  <a:xfrm>
                    <a:off x="0" y="0"/>
                    <a:ext cx="600075" cy="605845"/>
                  </a:xfrm>
                  <a:prstGeom prst="rect">
                    <a:avLst/>
                  </a:prstGeom>
                </pic:spPr>
              </pic:pic>
            </a:graphicData>
          </a:graphic>
        </wp:anchor>
      </w:drawing>
    </w:r>
  </w:p>
  <w:p w14:paraId="22D2DE7B" w14:textId="77777777" w:rsidR="00237831" w:rsidRDefault="00237831">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oendi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oendi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oenditpp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oenditpp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oendi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oenditpp"/>
      <w:lvlText w:val=""/>
      <w:lvlJc w:val="left"/>
      <w:pPr>
        <w:tabs>
          <w:tab w:val="num" w:pos="360"/>
        </w:tabs>
        <w:ind w:left="360" w:hanging="360"/>
      </w:pPr>
      <w:rPr>
        <w:rFonts w:ascii="Symbol" w:hAnsi="Symbol" w:hint="default"/>
      </w:rPr>
    </w:lvl>
  </w:abstractNum>
  <w:abstractNum w:abstractNumId="9" w15:restartNumberingAfterBreak="0">
    <w:nsid w:val="060C3054"/>
    <w:multiLevelType w:val="hybridMultilevel"/>
    <w:tmpl w:val="A33A928A"/>
    <w:lvl w:ilvl="0" w:tplc="0425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71C3CCE"/>
    <w:multiLevelType w:val="hybridMultilevel"/>
    <w:tmpl w:val="E788EE3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059746343">
    <w:abstractNumId w:val="8"/>
  </w:num>
  <w:num w:numId="2" w16cid:durableId="1168447986">
    <w:abstractNumId w:val="6"/>
  </w:num>
  <w:num w:numId="3" w16cid:durableId="127822447">
    <w:abstractNumId w:val="5"/>
  </w:num>
  <w:num w:numId="4" w16cid:durableId="1568420457">
    <w:abstractNumId w:val="4"/>
  </w:num>
  <w:num w:numId="5" w16cid:durableId="1474132707">
    <w:abstractNumId w:val="7"/>
  </w:num>
  <w:num w:numId="6" w16cid:durableId="87818859">
    <w:abstractNumId w:val="3"/>
  </w:num>
  <w:num w:numId="7" w16cid:durableId="1305431752">
    <w:abstractNumId w:val="2"/>
  </w:num>
  <w:num w:numId="8" w16cid:durableId="262153247">
    <w:abstractNumId w:val="1"/>
  </w:num>
  <w:num w:numId="9" w16cid:durableId="1348483015">
    <w:abstractNumId w:val="0"/>
  </w:num>
  <w:num w:numId="10" w16cid:durableId="2119716816">
    <w:abstractNumId w:val="10"/>
  </w:num>
  <w:num w:numId="11" w16cid:durableId="12372786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EB9"/>
    <w:rsid w:val="00020314"/>
    <w:rsid w:val="00034616"/>
    <w:rsid w:val="00047FF8"/>
    <w:rsid w:val="0006063C"/>
    <w:rsid w:val="00070CCA"/>
    <w:rsid w:val="0015074B"/>
    <w:rsid w:val="00156640"/>
    <w:rsid w:val="001706FA"/>
    <w:rsid w:val="0021473C"/>
    <w:rsid w:val="00236BE8"/>
    <w:rsid w:val="00237831"/>
    <w:rsid w:val="0027309B"/>
    <w:rsid w:val="0029639D"/>
    <w:rsid w:val="00326F90"/>
    <w:rsid w:val="00344CA1"/>
    <w:rsid w:val="004A6F44"/>
    <w:rsid w:val="0058459D"/>
    <w:rsid w:val="005A10FF"/>
    <w:rsid w:val="006C346C"/>
    <w:rsid w:val="006D2829"/>
    <w:rsid w:val="006F0561"/>
    <w:rsid w:val="00736166"/>
    <w:rsid w:val="007C4A08"/>
    <w:rsid w:val="008579F7"/>
    <w:rsid w:val="008A190C"/>
    <w:rsid w:val="008E5BEA"/>
    <w:rsid w:val="008F0ED9"/>
    <w:rsid w:val="0092110D"/>
    <w:rsid w:val="009244DF"/>
    <w:rsid w:val="009A123E"/>
    <w:rsid w:val="009B2509"/>
    <w:rsid w:val="009D2621"/>
    <w:rsid w:val="00A53699"/>
    <w:rsid w:val="00AA1D8D"/>
    <w:rsid w:val="00B056F5"/>
    <w:rsid w:val="00B26AB7"/>
    <w:rsid w:val="00B47730"/>
    <w:rsid w:val="00BA4D14"/>
    <w:rsid w:val="00BC199F"/>
    <w:rsid w:val="00CB0664"/>
    <w:rsid w:val="00D177EB"/>
    <w:rsid w:val="00E009FF"/>
    <w:rsid w:val="00E726A6"/>
    <w:rsid w:val="00EA57BF"/>
    <w:rsid w:val="00F2221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42978A"/>
  <w14:defaultImageDpi w14:val="300"/>
  <w15:docId w15:val="{26D2BA8C-5EA7-48C2-8CD1-35DF53B97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C693F"/>
  </w:style>
  <w:style w:type="paragraph" w:styleId="Pealkiri1">
    <w:name w:val="heading 1"/>
    <w:basedOn w:val="Normaallaad"/>
    <w:next w:val="Normaallaad"/>
    <w:link w:val="Pealkiri1Mr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Pealkiri2">
    <w:name w:val="heading 2"/>
    <w:basedOn w:val="Normaallaad"/>
    <w:next w:val="Normaallaad"/>
    <w:link w:val="Pealkiri2Mr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Pealkiri3">
    <w:name w:val="heading 3"/>
    <w:basedOn w:val="Normaallaad"/>
    <w:next w:val="Normaallaad"/>
    <w:link w:val="Pealkiri3Mr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Pealkiri4">
    <w:name w:val="heading 4"/>
    <w:basedOn w:val="Normaallaad"/>
    <w:next w:val="Normaallaad"/>
    <w:link w:val="Pealkiri4Mr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Pealkiri5">
    <w:name w:val="heading 5"/>
    <w:basedOn w:val="Normaallaad"/>
    <w:next w:val="Normaallaad"/>
    <w:link w:val="Pealkiri5Mr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Pealkiri6">
    <w:name w:val="heading 6"/>
    <w:basedOn w:val="Normaallaad"/>
    <w:next w:val="Normaallaad"/>
    <w:link w:val="Pealkiri6Mr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Pealkiri7">
    <w:name w:val="heading 7"/>
    <w:basedOn w:val="Normaallaad"/>
    <w:next w:val="Normaallaad"/>
    <w:link w:val="Pealkiri7Mr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Pealkiri8">
    <w:name w:val="heading 8"/>
    <w:basedOn w:val="Normaallaad"/>
    <w:next w:val="Normaallaad"/>
    <w:link w:val="Pealkiri8Mr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Pealkiri9">
    <w:name w:val="heading 9"/>
    <w:basedOn w:val="Normaallaad"/>
    <w:next w:val="Normaallaad"/>
    <w:link w:val="Pealkiri9Mr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E618BF"/>
    <w:pPr>
      <w:tabs>
        <w:tab w:val="center" w:pos="4680"/>
        <w:tab w:val="right" w:pos="9360"/>
      </w:tabs>
      <w:spacing w:after="0" w:line="240" w:lineRule="auto"/>
    </w:pPr>
  </w:style>
  <w:style w:type="character" w:customStyle="1" w:styleId="PisMrk">
    <w:name w:val="Päis Märk"/>
    <w:basedOn w:val="Liguvaikefont"/>
    <w:link w:val="Pis"/>
    <w:uiPriority w:val="99"/>
    <w:rsid w:val="00E618BF"/>
  </w:style>
  <w:style w:type="paragraph" w:styleId="Jalus">
    <w:name w:val="footer"/>
    <w:basedOn w:val="Normaallaad"/>
    <w:link w:val="JalusMrk"/>
    <w:uiPriority w:val="99"/>
    <w:unhideWhenUsed/>
    <w:rsid w:val="00E618BF"/>
    <w:pPr>
      <w:tabs>
        <w:tab w:val="center" w:pos="4680"/>
        <w:tab w:val="right" w:pos="9360"/>
      </w:tabs>
      <w:spacing w:after="0" w:line="240" w:lineRule="auto"/>
    </w:pPr>
  </w:style>
  <w:style w:type="character" w:customStyle="1" w:styleId="JalusMrk">
    <w:name w:val="Jalus Märk"/>
    <w:basedOn w:val="Liguvaikefont"/>
    <w:link w:val="Jalus"/>
    <w:uiPriority w:val="99"/>
    <w:rsid w:val="00E618BF"/>
  </w:style>
  <w:style w:type="paragraph" w:styleId="Vahedeta">
    <w:name w:val="No Spacing"/>
    <w:uiPriority w:val="1"/>
    <w:qFormat/>
    <w:rsid w:val="00FC693F"/>
    <w:pPr>
      <w:spacing w:after="0" w:line="240" w:lineRule="auto"/>
    </w:pPr>
  </w:style>
  <w:style w:type="character" w:customStyle="1" w:styleId="Pealkiri1Mrk">
    <w:name w:val="Pealkiri 1 Märk"/>
    <w:basedOn w:val="Liguvaikefont"/>
    <w:link w:val="Pealkiri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Pealkiri2Mrk">
    <w:name w:val="Pealkiri 2 Märk"/>
    <w:basedOn w:val="Liguvaikefont"/>
    <w:link w:val="Pealkiri2"/>
    <w:uiPriority w:val="9"/>
    <w:rsid w:val="00FC693F"/>
    <w:rPr>
      <w:rFonts w:asciiTheme="majorHAnsi" w:eastAsiaTheme="majorEastAsia" w:hAnsiTheme="majorHAnsi" w:cstheme="majorBidi"/>
      <w:b/>
      <w:bCs/>
      <w:color w:val="4F81BD" w:themeColor="accent1"/>
      <w:sz w:val="26"/>
      <w:szCs w:val="26"/>
    </w:rPr>
  </w:style>
  <w:style w:type="character" w:customStyle="1" w:styleId="Pealkiri3Mrk">
    <w:name w:val="Pealkiri 3 Märk"/>
    <w:basedOn w:val="Liguvaikefont"/>
    <w:link w:val="Pealkiri3"/>
    <w:uiPriority w:val="9"/>
    <w:rsid w:val="00FC693F"/>
    <w:rPr>
      <w:rFonts w:asciiTheme="majorHAnsi" w:eastAsiaTheme="majorEastAsia" w:hAnsiTheme="majorHAnsi" w:cstheme="majorBidi"/>
      <w:b/>
      <w:bCs/>
      <w:color w:val="4F81BD" w:themeColor="accent1"/>
    </w:rPr>
  </w:style>
  <w:style w:type="paragraph" w:styleId="Pealkiri">
    <w:name w:val="Title"/>
    <w:basedOn w:val="Normaallaad"/>
    <w:next w:val="Normaallaad"/>
    <w:link w:val="PealkiriMr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ealkiriMrk">
    <w:name w:val="Pealkiri Märk"/>
    <w:basedOn w:val="Liguvaikefont"/>
    <w:link w:val="Pealkiri"/>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pealkiri">
    <w:name w:val="Subtitle"/>
    <w:basedOn w:val="Normaallaad"/>
    <w:next w:val="Normaallaad"/>
    <w:link w:val="AlapealkiriMr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pealkiriMrk">
    <w:name w:val="Alapealkiri Märk"/>
    <w:basedOn w:val="Liguvaikefont"/>
    <w:link w:val="Alapealkiri"/>
    <w:uiPriority w:val="11"/>
    <w:rsid w:val="00FC693F"/>
    <w:rPr>
      <w:rFonts w:asciiTheme="majorHAnsi" w:eastAsiaTheme="majorEastAsia" w:hAnsiTheme="majorHAnsi" w:cstheme="majorBidi"/>
      <w:i/>
      <w:iCs/>
      <w:color w:val="4F81BD" w:themeColor="accent1"/>
      <w:spacing w:val="15"/>
      <w:sz w:val="24"/>
      <w:szCs w:val="24"/>
    </w:rPr>
  </w:style>
  <w:style w:type="paragraph" w:styleId="Loendilik">
    <w:name w:val="List Paragraph"/>
    <w:basedOn w:val="Normaallaad"/>
    <w:uiPriority w:val="34"/>
    <w:qFormat/>
    <w:rsid w:val="00FC693F"/>
    <w:pPr>
      <w:ind w:left="720"/>
      <w:contextualSpacing/>
    </w:pPr>
  </w:style>
  <w:style w:type="paragraph" w:styleId="Kehatekst">
    <w:name w:val="Body Text"/>
    <w:basedOn w:val="Normaallaad"/>
    <w:link w:val="KehatekstMrk"/>
    <w:uiPriority w:val="99"/>
    <w:unhideWhenUsed/>
    <w:rsid w:val="00AA1D8D"/>
    <w:pPr>
      <w:spacing w:after="120"/>
    </w:pPr>
  </w:style>
  <w:style w:type="character" w:customStyle="1" w:styleId="KehatekstMrk">
    <w:name w:val="Kehatekst Märk"/>
    <w:basedOn w:val="Liguvaikefont"/>
    <w:link w:val="Kehatekst"/>
    <w:uiPriority w:val="99"/>
    <w:rsid w:val="00AA1D8D"/>
  </w:style>
  <w:style w:type="paragraph" w:styleId="Kehatekst2">
    <w:name w:val="Body Text 2"/>
    <w:basedOn w:val="Normaallaad"/>
    <w:link w:val="Kehatekst2Mrk"/>
    <w:uiPriority w:val="99"/>
    <w:unhideWhenUsed/>
    <w:rsid w:val="00AA1D8D"/>
    <w:pPr>
      <w:spacing w:after="120" w:line="480" w:lineRule="auto"/>
    </w:pPr>
  </w:style>
  <w:style w:type="character" w:customStyle="1" w:styleId="Kehatekst2Mrk">
    <w:name w:val="Kehatekst 2 Märk"/>
    <w:basedOn w:val="Liguvaikefont"/>
    <w:link w:val="Kehatekst2"/>
    <w:uiPriority w:val="99"/>
    <w:rsid w:val="00AA1D8D"/>
  </w:style>
  <w:style w:type="paragraph" w:styleId="Kehatekst3">
    <w:name w:val="Body Text 3"/>
    <w:basedOn w:val="Normaallaad"/>
    <w:link w:val="Kehatekst3Mrk"/>
    <w:uiPriority w:val="99"/>
    <w:unhideWhenUsed/>
    <w:rsid w:val="00AA1D8D"/>
    <w:pPr>
      <w:spacing w:after="120"/>
    </w:pPr>
    <w:rPr>
      <w:sz w:val="16"/>
      <w:szCs w:val="16"/>
    </w:rPr>
  </w:style>
  <w:style w:type="character" w:customStyle="1" w:styleId="Kehatekst3Mrk">
    <w:name w:val="Kehatekst 3 Märk"/>
    <w:basedOn w:val="Liguvaikefont"/>
    <w:link w:val="Kehatekst3"/>
    <w:uiPriority w:val="99"/>
    <w:rsid w:val="00AA1D8D"/>
    <w:rPr>
      <w:sz w:val="16"/>
      <w:szCs w:val="16"/>
    </w:rPr>
  </w:style>
  <w:style w:type="paragraph" w:styleId="Loend">
    <w:name w:val="List"/>
    <w:basedOn w:val="Normaallaad"/>
    <w:uiPriority w:val="99"/>
    <w:unhideWhenUsed/>
    <w:rsid w:val="00AA1D8D"/>
    <w:pPr>
      <w:ind w:left="360" w:hanging="360"/>
      <w:contextualSpacing/>
    </w:pPr>
  </w:style>
  <w:style w:type="paragraph" w:styleId="Loend2">
    <w:name w:val="List 2"/>
    <w:basedOn w:val="Normaallaad"/>
    <w:uiPriority w:val="99"/>
    <w:unhideWhenUsed/>
    <w:rsid w:val="00326F90"/>
    <w:pPr>
      <w:ind w:left="720" w:hanging="360"/>
      <w:contextualSpacing/>
    </w:pPr>
  </w:style>
  <w:style w:type="paragraph" w:styleId="Loend3">
    <w:name w:val="List 3"/>
    <w:basedOn w:val="Normaallaad"/>
    <w:uiPriority w:val="99"/>
    <w:unhideWhenUsed/>
    <w:rsid w:val="00326F90"/>
    <w:pPr>
      <w:ind w:left="1080" w:hanging="360"/>
      <w:contextualSpacing/>
    </w:pPr>
  </w:style>
  <w:style w:type="paragraph" w:styleId="Loenditpp">
    <w:name w:val="List Bullet"/>
    <w:basedOn w:val="Normaallaad"/>
    <w:uiPriority w:val="99"/>
    <w:unhideWhenUsed/>
    <w:rsid w:val="00326F90"/>
    <w:pPr>
      <w:numPr>
        <w:numId w:val="1"/>
      </w:numPr>
      <w:contextualSpacing/>
    </w:pPr>
  </w:style>
  <w:style w:type="paragraph" w:styleId="Loenditpp2">
    <w:name w:val="List Bullet 2"/>
    <w:basedOn w:val="Normaallaad"/>
    <w:uiPriority w:val="99"/>
    <w:unhideWhenUsed/>
    <w:rsid w:val="00326F90"/>
    <w:pPr>
      <w:numPr>
        <w:numId w:val="2"/>
      </w:numPr>
      <w:contextualSpacing/>
    </w:pPr>
  </w:style>
  <w:style w:type="paragraph" w:styleId="Loenditpp3">
    <w:name w:val="List Bullet 3"/>
    <w:basedOn w:val="Normaallaad"/>
    <w:uiPriority w:val="99"/>
    <w:unhideWhenUsed/>
    <w:rsid w:val="00326F90"/>
    <w:pPr>
      <w:numPr>
        <w:numId w:val="3"/>
      </w:numPr>
      <w:contextualSpacing/>
    </w:pPr>
  </w:style>
  <w:style w:type="paragraph" w:styleId="Loendinumber">
    <w:name w:val="List Number"/>
    <w:basedOn w:val="Normaallaad"/>
    <w:uiPriority w:val="99"/>
    <w:unhideWhenUsed/>
    <w:rsid w:val="00326F90"/>
    <w:pPr>
      <w:numPr>
        <w:numId w:val="5"/>
      </w:numPr>
      <w:contextualSpacing/>
    </w:pPr>
  </w:style>
  <w:style w:type="paragraph" w:styleId="Loendinumber2">
    <w:name w:val="List Number 2"/>
    <w:basedOn w:val="Normaallaad"/>
    <w:uiPriority w:val="99"/>
    <w:unhideWhenUsed/>
    <w:rsid w:val="0029639D"/>
    <w:pPr>
      <w:numPr>
        <w:numId w:val="6"/>
      </w:numPr>
      <w:contextualSpacing/>
    </w:pPr>
  </w:style>
  <w:style w:type="paragraph" w:styleId="Loendinumber3">
    <w:name w:val="List Number 3"/>
    <w:basedOn w:val="Normaallaad"/>
    <w:uiPriority w:val="99"/>
    <w:unhideWhenUsed/>
    <w:rsid w:val="0029639D"/>
    <w:pPr>
      <w:numPr>
        <w:numId w:val="7"/>
      </w:numPr>
      <w:contextualSpacing/>
    </w:pPr>
  </w:style>
  <w:style w:type="paragraph" w:styleId="Loendijtk">
    <w:name w:val="List Continue"/>
    <w:basedOn w:val="Normaallaad"/>
    <w:uiPriority w:val="99"/>
    <w:unhideWhenUsed/>
    <w:rsid w:val="0029639D"/>
    <w:pPr>
      <w:spacing w:after="120"/>
      <w:ind w:left="360"/>
      <w:contextualSpacing/>
    </w:pPr>
  </w:style>
  <w:style w:type="paragraph" w:styleId="Loendijtk2">
    <w:name w:val="List Continue 2"/>
    <w:basedOn w:val="Normaallaad"/>
    <w:uiPriority w:val="99"/>
    <w:unhideWhenUsed/>
    <w:rsid w:val="0029639D"/>
    <w:pPr>
      <w:spacing w:after="120"/>
      <w:ind w:left="720"/>
      <w:contextualSpacing/>
    </w:pPr>
  </w:style>
  <w:style w:type="paragraph" w:styleId="Loendijtk3">
    <w:name w:val="List Continue 3"/>
    <w:basedOn w:val="Normaallaad"/>
    <w:uiPriority w:val="99"/>
    <w:unhideWhenUsed/>
    <w:rsid w:val="0029639D"/>
    <w:pPr>
      <w:spacing w:after="120"/>
      <w:ind w:left="1080"/>
      <w:contextualSpacing/>
    </w:pPr>
  </w:style>
  <w:style w:type="paragraph" w:styleId="Makrotekst">
    <w:name w:val="macro"/>
    <w:link w:val="MakrotekstMr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Mrk">
    <w:name w:val="Makrotekst Märk"/>
    <w:basedOn w:val="Liguvaikefont"/>
    <w:link w:val="Makrotekst"/>
    <w:uiPriority w:val="99"/>
    <w:rsid w:val="0029639D"/>
    <w:rPr>
      <w:rFonts w:ascii="Courier" w:hAnsi="Courier"/>
      <w:sz w:val="20"/>
      <w:szCs w:val="20"/>
    </w:rPr>
  </w:style>
  <w:style w:type="paragraph" w:styleId="Tsitaat">
    <w:name w:val="Quote"/>
    <w:basedOn w:val="Normaallaad"/>
    <w:next w:val="Normaallaad"/>
    <w:link w:val="TsitaatMrk"/>
    <w:uiPriority w:val="29"/>
    <w:qFormat/>
    <w:rsid w:val="00FC693F"/>
    <w:rPr>
      <w:i/>
      <w:iCs/>
      <w:color w:val="000000" w:themeColor="text1"/>
    </w:rPr>
  </w:style>
  <w:style w:type="character" w:customStyle="1" w:styleId="TsitaatMrk">
    <w:name w:val="Tsitaat Märk"/>
    <w:basedOn w:val="Liguvaikefont"/>
    <w:link w:val="Tsitaat"/>
    <w:uiPriority w:val="29"/>
    <w:rsid w:val="00FC693F"/>
    <w:rPr>
      <w:i/>
      <w:iCs/>
      <w:color w:val="000000" w:themeColor="text1"/>
    </w:rPr>
  </w:style>
  <w:style w:type="character" w:customStyle="1" w:styleId="Pealkiri4Mrk">
    <w:name w:val="Pealkiri 4 Märk"/>
    <w:basedOn w:val="Liguvaikefont"/>
    <w:link w:val="Pealkiri4"/>
    <w:uiPriority w:val="9"/>
    <w:semiHidden/>
    <w:rsid w:val="00FC693F"/>
    <w:rPr>
      <w:rFonts w:asciiTheme="majorHAnsi" w:eastAsiaTheme="majorEastAsia" w:hAnsiTheme="majorHAnsi" w:cstheme="majorBidi"/>
      <w:b/>
      <w:bCs/>
      <w:i/>
      <w:iCs/>
      <w:color w:val="4F81BD" w:themeColor="accent1"/>
    </w:rPr>
  </w:style>
  <w:style w:type="character" w:customStyle="1" w:styleId="Pealkiri5Mrk">
    <w:name w:val="Pealkiri 5 Märk"/>
    <w:basedOn w:val="Liguvaikefont"/>
    <w:link w:val="Pealkiri5"/>
    <w:uiPriority w:val="9"/>
    <w:semiHidden/>
    <w:rsid w:val="00FC693F"/>
    <w:rPr>
      <w:rFonts w:asciiTheme="majorHAnsi" w:eastAsiaTheme="majorEastAsia" w:hAnsiTheme="majorHAnsi" w:cstheme="majorBidi"/>
      <w:color w:val="243F60" w:themeColor="accent1" w:themeShade="7F"/>
    </w:rPr>
  </w:style>
  <w:style w:type="character" w:customStyle="1" w:styleId="Pealkiri6Mrk">
    <w:name w:val="Pealkiri 6 Märk"/>
    <w:basedOn w:val="Liguvaikefont"/>
    <w:link w:val="Pealkiri6"/>
    <w:uiPriority w:val="9"/>
    <w:semiHidden/>
    <w:rsid w:val="00FC693F"/>
    <w:rPr>
      <w:rFonts w:asciiTheme="majorHAnsi" w:eastAsiaTheme="majorEastAsia" w:hAnsiTheme="majorHAnsi" w:cstheme="majorBidi"/>
      <w:i/>
      <w:iCs/>
      <w:color w:val="243F60" w:themeColor="accent1" w:themeShade="7F"/>
    </w:rPr>
  </w:style>
  <w:style w:type="character" w:customStyle="1" w:styleId="Pealkiri7Mrk">
    <w:name w:val="Pealkiri 7 Märk"/>
    <w:basedOn w:val="Liguvaikefont"/>
    <w:link w:val="Pealkiri7"/>
    <w:uiPriority w:val="9"/>
    <w:semiHidden/>
    <w:rsid w:val="00FC693F"/>
    <w:rPr>
      <w:rFonts w:asciiTheme="majorHAnsi" w:eastAsiaTheme="majorEastAsia" w:hAnsiTheme="majorHAnsi" w:cstheme="majorBidi"/>
      <w:i/>
      <w:iCs/>
      <w:color w:val="404040" w:themeColor="text1" w:themeTint="BF"/>
    </w:rPr>
  </w:style>
  <w:style w:type="character" w:customStyle="1" w:styleId="Pealkiri8Mrk">
    <w:name w:val="Pealkiri 8 Märk"/>
    <w:basedOn w:val="Liguvaikefont"/>
    <w:link w:val="Pealkiri8"/>
    <w:uiPriority w:val="9"/>
    <w:semiHidden/>
    <w:rsid w:val="00FC693F"/>
    <w:rPr>
      <w:rFonts w:asciiTheme="majorHAnsi" w:eastAsiaTheme="majorEastAsia" w:hAnsiTheme="majorHAnsi" w:cstheme="majorBidi"/>
      <w:color w:val="4F81BD" w:themeColor="accent1"/>
      <w:sz w:val="20"/>
      <w:szCs w:val="20"/>
    </w:rPr>
  </w:style>
  <w:style w:type="character" w:customStyle="1" w:styleId="Pealkiri9Mrk">
    <w:name w:val="Pealkiri 9 Märk"/>
    <w:basedOn w:val="Liguvaikefont"/>
    <w:link w:val="Pealkiri9"/>
    <w:uiPriority w:val="9"/>
    <w:semiHidden/>
    <w:rsid w:val="00FC693F"/>
    <w:rPr>
      <w:rFonts w:asciiTheme="majorHAnsi" w:eastAsiaTheme="majorEastAsia" w:hAnsiTheme="majorHAnsi" w:cstheme="majorBidi"/>
      <w:i/>
      <w:iCs/>
      <w:color w:val="404040" w:themeColor="text1" w:themeTint="BF"/>
      <w:sz w:val="20"/>
      <w:szCs w:val="20"/>
    </w:rPr>
  </w:style>
  <w:style w:type="paragraph" w:styleId="Pealdis">
    <w:name w:val="caption"/>
    <w:basedOn w:val="Normaallaad"/>
    <w:next w:val="Normaallaad"/>
    <w:uiPriority w:val="35"/>
    <w:semiHidden/>
    <w:unhideWhenUsed/>
    <w:qFormat/>
    <w:rsid w:val="00FC693F"/>
    <w:pPr>
      <w:spacing w:line="240" w:lineRule="auto"/>
    </w:pPr>
    <w:rPr>
      <w:b/>
      <w:bCs/>
      <w:color w:val="4F81BD" w:themeColor="accent1"/>
      <w:sz w:val="18"/>
      <w:szCs w:val="18"/>
    </w:rPr>
  </w:style>
  <w:style w:type="character" w:styleId="Tugev">
    <w:name w:val="Strong"/>
    <w:basedOn w:val="Liguvaikefont"/>
    <w:uiPriority w:val="22"/>
    <w:qFormat/>
    <w:rsid w:val="00FC693F"/>
    <w:rPr>
      <w:b/>
      <w:bCs/>
    </w:rPr>
  </w:style>
  <w:style w:type="character" w:styleId="Rhutus">
    <w:name w:val="Emphasis"/>
    <w:basedOn w:val="Liguvaikefont"/>
    <w:uiPriority w:val="20"/>
    <w:qFormat/>
    <w:rsid w:val="00FC693F"/>
    <w:rPr>
      <w:i/>
      <w:iCs/>
    </w:rPr>
  </w:style>
  <w:style w:type="paragraph" w:styleId="Selgeltmrgatavtsitaat">
    <w:name w:val="Intense Quote"/>
    <w:basedOn w:val="Normaallaad"/>
    <w:next w:val="Normaallaad"/>
    <w:link w:val="SelgeltmrgatavtsitaatMr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elgeltmrgatavtsitaatMrk">
    <w:name w:val="Selgelt märgatav tsitaat Märk"/>
    <w:basedOn w:val="Liguvaikefont"/>
    <w:link w:val="Selgeltmrgatavtsitaat"/>
    <w:uiPriority w:val="30"/>
    <w:rsid w:val="00FC693F"/>
    <w:rPr>
      <w:b/>
      <w:bCs/>
      <w:i/>
      <w:iCs/>
      <w:color w:val="4F81BD" w:themeColor="accent1"/>
    </w:rPr>
  </w:style>
  <w:style w:type="character" w:styleId="Vaevumrgatavrhutus">
    <w:name w:val="Subtle Emphasis"/>
    <w:basedOn w:val="Liguvaikefont"/>
    <w:uiPriority w:val="19"/>
    <w:qFormat/>
    <w:rsid w:val="00FC693F"/>
    <w:rPr>
      <w:i/>
      <w:iCs/>
      <w:color w:val="808080" w:themeColor="text1" w:themeTint="7F"/>
    </w:rPr>
  </w:style>
  <w:style w:type="character" w:styleId="Selgeltmrgatavrhutus">
    <w:name w:val="Intense Emphasis"/>
    <w:basedOn w:val="Liguvaikefont"/>
    <w:uiPriority w:val="21"/>
    <w:qFormat/>
    <w:rsid w:val="00FC693F"/>
    <w:rPr>
      <w:b/>
      <w:bCs/>
      <w:i/>
      <w:iCs/>
      <w:color w:val="4F81BD" w:themeColor="accent1"/>
    </w:rPr>
  </w:style>
  <w:style w:type="character" w:styleId="Vaevumrgatavviide">
    <w:name w:val="Subtle Reference"/>
    <w:basedOn w:val="Liguvaikefont"/>
    <w:uiPriority w:val="31"/>
    <w:qFormat/>
    <w:rsid w:val="00FC693F"/>
    <w:rPr>
      <w:smallCaps/>
      <w:color w:val="C0504D" w:themeColor="accent2"/>
      <w:u w:val="single"/>
    </w:rPr>
  </w:style>
  <w:style w:type="character" w:styleId="Selgeltmrgatavviide">
    <w:name w:val="Intense Reference"/>
    <w:basedOn w:val="Liguvaikefont"/>
    <w:uiPriority w:val="32"/>
    <w:qFormat/>
    <w:rsid w:val="00FC693F"/>
    <w:rPr>
      <w:b/>
      <w:bCs/>
      <w:smallCaps/>
      <w:color w:val="C0504D" w:themeColor="accent2"/>
      <w:spacing w:val="5"/>
      <w:u w:val="single"/>
    </w:rPr>
  </w:style>
  <w:style w:type="character" w:styleId="Raamatupealkiri">
    <w:name w:val="Book Title"/>
    <w:basedOn w:val="Liguvaikefont"/>
    <w:uiPriority w:val="33"/>
    <w:qFormat/>
    <w:rsid w:val="00FC693F"/>
    <w:rPr>
      <w:b/>
      <w:bCs/>
      <w:smallCaps/>
      <w:spacing w:val="5"/>
    </w:rPr>
  </w:style>
  <w:style w:type="paragraph" w:styleId="Sisukorrapealkiri">
    <w:name w:val="TOC Heading"/>
    <w:basedOn w:val="Pealkiri1"/>
    <w:next w:val="Normaallaad"/>
    <w:uiPriority w:val="39"/>
    <w:semiHidden/>
    <w:unhideWhenUsed/>
    <w:qFormat/>
    <w:rsid w:val="00FC693F"/>
    <w:pPr>
      <w:outlineLvl w:val="9"/>
    </w:pPr>
  </w:style>
  <w:style w:type="table" w:styleId="Kontuurtabel">
    <w:name w:val="Table Grid"/>
    <w:basedOn w:val="Normaal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evarjustus">
    <w:name w:val="Light Shading"/>
    <w:basedOn w:val="Normaal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evarjustusrhk1">
    <w:name w:val="Light Shading Accent 1"/>
    <w:basedOn w:val="Normaal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evarjustusrhk2">
    <w:name w:val="Light Shading Accent 2"/>
    <w:basedOn w:val="Normaal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evarjustusrhk3">
    <w:name w:val="Light Shading Accent 3"/>
    <w:basedOn w:val="Normaal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evarjustusrhk4">
    <w:name w:val="Light Shading Accent 4"/>
    <w:basedOn w:val="Normaal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evarjustusrhk5">
    <w:name w:val="Light Shading Accent 5"/>
    <w:basedOn w:val="Normaal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evarjustusrhk6">
    <w:name w:val="Light Shading Accent 6"/>
    <w:basedOn w:val="Normaal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eloend">
    <w:name w:val="Light List"/>
    <w:basedOn w:val="Normaal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eloendrhk1">
    <w:name w:val="Light List Accent 1"/>
    <w:basedOn w:val="Normaal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eloendrhk2">
    <w:name w:val="Light List Accent 2"/>
    <w:basedOn w:val="Normaal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eloendrhk3">
    <w:name w:val="Light List Accent 3"/>
    <w:basedOn w:val="Normaal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eloendrhk4">
    <w:name w:val="Light List Accent 4"/>
    <w:basedOn w:val="Normaal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eloendrhk5">
    <w:name w:val="Light List Accent 5"/>
    <w:basedOn w:val="Normaal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eloendrhk6">
    <w:name w:val="Light List Accent 6"/>
    <w:basedOn w:val="Normaal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ekoordinaatvrk">
    <w:name w:val="Light Grid"/>
    <w:basedOn w:val="Normaal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ekoordinaatvrkrhk1">
    <w:name w:val="Light Grid Accent 1"/>
    <w:basedOn w:val="Normaal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ekoordinaatvrkrhk2">
    <w:name w:val="Light Grid Accent 2"/>
    <w:basedOn w:val="Normaal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ekoordinaatvrkrhk3">
    <w:name w:val="Light Grid Accent 3"/>
    <w:basedOn w:val="Normaal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ekoordinaatvrkrhk4">
    <w:name w:val="Light Grid Accent 4"/>
    <w:basedOn w:val="Normaal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ekoordinaatvrkrhk5">
    <w:name w:val="Light Grid Accent 5"/>
    <w:basedOn w:val="Normaal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ekoordinaatvrkrhk6">
    <w:name w:val="Light Grid Accent 6"/>
    <w:basedOn w:val="Normaal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eskminevarjustus1">
    <w:name w:val="Medium Shading 1"/>
    <w:basedOn w:val="Normaal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eskminevarjustus1rhk1">
    <w:name w:val="Medium Shading 1 Accent 1"/>
    <w:basedOn w:val="Normaal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eskminevarjustus1rhk2">
    <w:name w:val="Medium Shading 1 Accent 2"/>
    <w:basedOn w:val="Normaal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eskminevarjustus1rhk3">
    <w:name w:val="Medium Shading 1 Accent 3"/>
    <w:basedOn w:val="Normaal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eskminevarjustus1rhk4">
    <w:name w:val="Medium Shading 1 Accent 4"/>
    <w:basedOn w:val="Normaal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eskminevarjustus1rhk5">
    <w:name w:val="Medium Shading 1 Accent 5"/>
    <w:basedOn w:val="Normaal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eskminevarjustus1rhk6">
    <w:name w:val="Medium Shading 1 Accent 6"/>
    <w:basedOn w:val="Normaal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eskminevarjustus2">
    <w:name w:val="Medium Shading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1">
    <w:name w:val="Medium Shading 2 Accent 1"/>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2">
    <w:name w:val="Medium Shading 2 Accent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3">
    <w:name w:val="Medium Shading 2 Accent 3"/>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4">
    <w:name w:val="Medium Shading 2 Accent 4"/>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5">
    <w:name w:val="Medium Shading 2 Accent 5"/>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6">
    <w:name w:val="Medium Shading 2 Accent 6"/>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loend1">
    <w:name w:val="Medium List 1"/>
    <w:basedOn w:val="Normaal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eskmineloend1rhk1">
    <w:name w:val="Medium List 1 Accent 1"/>
    <w:basedOn w:val="Normaal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eskmineloend1rhk2">
    <w:name w:val="Medium List 1 Accent 2"/>
    <w:basedOn w:val="Normaal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eskmineloend1rhk3">
    <w:name w:val="Medium List 1 Accent 3"/>
    <w:basedOn w:val="Normaal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eskmineloend1rhk4">
    <w:name w:val="Medium List 1 Accent 4"/>
    <w:basedOn w:val="Normaal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eskmineloend1rhk5">
    <w:name w:val="Medium List 1 Accent 5"/>
    <w:basedOn w:val="Normaal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eskmineloend1rhk6">
    <w:name w:val="Medium List 1 Accent 6"/>
    <w:basedOn w:val="Normaal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eskmineloend2">
    <w:name w:val="Medium Lis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1">
    <w:name w:val="Medium List 2 Accent 1"/>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2">
    <w:name w:val="Medium List 2 Accen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3">
    <w:name w:val="Medium List 2 Accent 3"/>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4">
    <w:name w:val="Medium List 2 Accent 4"/>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5">
    <w:name w:val="Medium List 2 Accent 5"/>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6">
    <w:name w:val="Medium List 2 Accent 6"/>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koordinaatvrk1">
    <w:name w:val="Medium Grid 1"/>
    <w:basedOn w:val="Normaal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eskminekoordinaatvrk1rhk1">
    <w:name w:val="Medium Grid 1 Accent 1"/>
    <w:basedOn w:val="Normaal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eskminekoordinaatvrk1rhk2">
    <w:name w:val="Medium Grid 1 Accent 2"/>
    <w:basedOn w:val="Normaal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eskminekoordinaatvrk1rhk3">
    <w:name w:val="Medium Grid 1 Accent 3"/>
    <w:basedOn w:val="Normaal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eskminekoordinaatvrk1rhk4">
    <w:name w:val="Medium Grid 1 Accent 4"/>
    <w:basedOn w:val="Normaal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eskminekoordinaatvrk1rhk5">
    <w:name w:val="Medium Grid 1 Accent 5"/>
    <w:basedOn w:val="Normaal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eskminekoordinaatvrk1rhk6">
    <w:name w:val="Medium Grid 1 Accent 6"/>
    <w:basedOn w:val="Normaal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eskminekoordinaatvrk2">
    <w:name w:val="Medium Grid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eskminekoordinaatvrk2rhk1">
    <w:name w:val="Medium Grid 2 Accent 1"/>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eskminekoordinaatvrk2rhk2">
    <w:name w:val="Medium Grid 2 Accent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eskminekoordinaatvrk2rhk3">
    <w:name w:val="Medium Grid 2 Accent 3"/>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eskminekoordinaatvrk2rhk4">
    <w:name w:val="Medium Grid 2 Accent 4"/>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eskminekoordinaatvrk2rhk5">
    <w:name w:val="Medium Grid 2 Accent 5"/>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eskminekoordinaatvrk2rhk6">
    <w:name w:val="Medium Grid 2 Accent 6"/>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eskminekoordinaatvrk3">
    <w:name w:val="Medium Grid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eskminekoordinaatvrk3rhk1">
    <w:name w:val="Medium Grid 3 Accent 1"/>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eskminekoordinaatvrk3rhk2">
    <w:name w:val="Medium Grid 3 Accent 2"/>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eskminekoordinaatvrk3rhk3">
    <w:name w:val="Medium Grid 3 Accent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eskminekoordinaatvrk3rhk4">
    <w:name w:val="Medium Grid 3 Accent 4"/>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eskminekoordinaatvrk3rhk5">
    <w:name w:val="Medium Grid 3 Accent 5"/>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eskminekoordinaatvrk3rhk6">
    <w:name w:val="Medium Grid 3 Accent 6"/>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eloend">
    <w:name w:val="Dark List"/>
    <w:basedOn w:val="Normaal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eloendrhk1">
    <w:name w:val="Dark List Accent 1"/>
    <w:basedOn w:val="Normaal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eloendrhk2">
    <w:name w:val="Dark List Accent 2"/>
    <w:basedOn w:val="Normaal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eloendrhk3">
    <w:name w:val="Dark List Accent 3"/>
    <w:basedOn w:val="Normaal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eloendrhk4">
    <w:name w:val="Dark List Accent 4"/>
    <w:basedOn w:val="Normaal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eloendrhk5">
    <w:name w:val="Dark List Accent 5"/>
    <w:basedOn w:val="Normaal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eloendrhk6">
    <w:name w:val="Dark List Accent 6"/>
    <w:basedOn w:val="Normaal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vilinevarjustus">
    <w:name w:val="Colorful Shading"/>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vilinevarjustusrhk1">
    <w:name w:val="Colorful Shading Accent 1"/>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vilinevarjustusrhk2">
    <w:name w:val="Colorful Shading Accent 2"/>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vilinevarjustusrhk3">
    <w:name w:val="Colorful Shading Accent 3"/>
    <w:basedOn w:val="Normaal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vilinevarjustusrhk4">
    <w:name w:val="Colorful Shading Accent 4"/>
    <w:basedOn w:val="Normaal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vilinevarjustusrhk5">
    <w:name w:val="Colorful Shading Accent 5"/>
    <w:basedOn w:val="Normaal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vilinevarjustusrhk6">
    <w:name w:val="Colorful Shading Accent 6"/>
    <w:basedOn w:val="Normaal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vilineloend">
    <w:name w:val="Colorful List"/>
    <w:basedOn w:val="Normaal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vilineloendrhk1">
    <w:name w:val="Colorful List Accent 1"/>
    <w:basedOn w:val="Normaal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vilineloendrhk2">
    <w:name w:val="Colorful List Accent 2"/>
    <w:basedOn w:val="Normaal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vilineloendrhk3">
    <w:name w:val="Colorful List Accent 3"/>
    <w:basedOn w:val="Normaal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vilineloendrhk4">
    <w:name w:val="Colorful List Accent 4"/>
    <w:basedOn w:val="Normaal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vilineloendrhk5">
    <w:name w:val="Colorful List Accent 5"/>
    <w:basedOn w:val="Normaal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vilineloendrhk6">
    <w:name w:val="Colorful List Accent 6"/>
    <w:basedOn w:val="Normaal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vilinekoordinaatvrk">
    <w:name w:val="Colorful Grid"/>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vilinekoordinaatvrkrhk1">
    <w:name w:val="Colorful Grid Accent 1"/>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vilinekoordinaatvrkrhk2">
    <w:name w:val="Colorful Grid Accent 2"/>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vilinekoordinaatvrkrhk3">
    <w:name w:val="Colorful Grid Accent 3"/>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vilinekoordinaatvrkrhk4">
    <w:name w:val="Colorful Grid Accent 4"/>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vilinekoordinaatvrkrhk5">
    <w:name w:val="Colorful Grid Accent 5"/>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vilinekoordinaatvrkrhk6">
    <w:name w:val="Colorful Grid Accent 6"/>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perlink">
    <w:name w:val="Hyperlink"/>
    <w:basedOn w:val="Liguvaikefont"/>
    <w:uiPriority w:val="99"/>
    <w:unhideWhenUsed/>
    <w:rsid w:val="00011EB9"/>
    <w:rPr>
      <w:color w:val="0000FF" w:themeColor="hyperlink"/>
      <w:u w:val="single"/>
    </w:rPr>
  </w:style>
  <w:style w:type="character" w:styleId="Lahendamatamainimine">
    <w:name w:val="Unresolved Mention"/>
    <w:basedOn w:val="Liguvaikefont"/>
    <w:uiPriority w:val="99"/>
    <w:semiHidden/>
    <w:unhideWhenUsed/>
    <w:rsid w:val="00011E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el@loovhoov.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854</Words>
  <Characters>4957</Characters>
  <Application>Microsoft Office Word</Application>
  <DocSecurity>0</DocSecurity>
  <Lines>41</Lines>
  <Paragraphs>11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5800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Liliann Janson</cp:lastModifiedBy>
  <cp:revision>16</cp:revision>
  <dcterms:created xsi:type="dcterms:W3CDTF">2026-02-08T22:02:00Z</dcterms:created>
  <dcterms:modified xsi:type="dcterms:W3CDTF">2026-08-06T08:01:00Z</dcterms:modified>
  <cp:category/>
</cp:coreProperties>
</file>